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5069F" w14:textId="77777777" w:rsidR="00201521" w:rsidRDefault="00000000">
      <w:pPr>
        <w:widowControl w:val="0"/>
        <w:pBdr>
          <w:top w:val="nil"/>
          <w:left w:val="nil"/>
          <w:bottom w:val="nil"/>
          <w:right w:val="nil"/>
          <w:between w:val="nil"/>
        </w:pBdr>
        <w:spacing w:after="0"/>
      </w:pPr>
      <w:r>
        <w:pict w14:anchorId="5D198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65408;visibility:hidden">
            <o:lock v:ext="edit" selection="t"/>
          </v:shape>
        </w:pict>
      </w:r>
    </w:p>
    <w:p w14:paraId="1EEBF5AE" w14:textId="77777777" w:rsidR="00201521" w:rsidRPr="00BB24FB" w:rsidRDefault="00000000">
      <w:pPr>
        <w:pStyle w:val="Title"/>
        <w:rPr>
          <w:rFonts w:ascii="Aptos" w:eastAsia="Aptos" w:hAnsi="Aptos" w:cs="Aptos"/>
          <w:sz w:val="28"/>
          <w:szCs w:val="28"/>
        </w:rPr>
      </w:pPr>
      <w:r w:rsidRPr="00BB24FB">
        <w:rPr>
          <w:rFonts w:ascii="Aptos" w:eastAsia="Aptos" w:hAnsi="Aptos" w:cs="Aptos"/>
          <w:sz w:val="28"/>
          <w:szCs w:val="28"/>
        </w:rPr>
        <w:t>Consultation Response: Material Information in Property Listings 2025</w:t>
      </w:r>
    </w:p>
    <w:p w14:paraId="5EFB5815" w14:textId="77777777" w:rsidR="001151BC" w:rsidRDefault="001151BC">
      <w:pPr>
        <w:pStyle w:val="TOCHeading"/>
      </w:pPr>
      <w:r>
        <w:rPr>
          <w:lang w:val="en-GB"/>
        </w:rPr>
        <w:t>Contents</w:t>
      </w:r>
    </w:p>
    <w:p w14:paraId="6B6EFE36" w14:textId="77777777" w:rsidR="00B96DAE" w:rsidRDefault="001151BC">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r>
        <w:fldChar w:fldCharType="begin"/>
      </w:r>
      <w:r>
        <w:instrText xml:space="preserve"> TOC \o "1-3" \h \z \u </w:instrText>
      </w:r>
      <w:r>
        <w:fldChar w:fldCharType="separate"/>
      </w:r>
      <w:hyperlink w:anchor="_Toc215489308" w:history="1">
        <w:r w:rsidR="00B96DAE" w:rsidRPr="00632253">
          <w:rPr>
            <w:rStyle w:val="Hyperlink"/>
            <w:noProof/>
          </w:rPr>
          <w:t>A. About You</w:t>
        </w:r>
        <w:r w:rsidR="00B96DAE">
          <w:rPr>
            <w:noProof/>
            <w:webHidden/>
          </w:rPr>
          <w:tab/>
        </w:r>
        <w:r w:rsidR="00B96DAE">
          <w:rPr>
            <w:noProof/>
            <w:webHidden/>
          </w:rPr>
          <w:fldChar w:fldCharType="begin"/>
        </w:r>
        <w:r w:rsidR="00B96DAE">
          <w:rPr>
            <w:noProof/>
            <w:webHidden/>
          </w:rPr>
          <w:instrText xml:space="preserve"> PAGEREF _Toc215489308 \h </w:instrText>
        </w:r>
        <w:r w:rsidR="00B96DAE">
          <w:rPr>
            <w:noProof/>
            <w:webHidden/>
          </w:rPr>
        </w:r>
        <w:r w:rsidR="00B96DAE">
          <w:rPr>
            <w:noProof/>
            <w:webHidden/>
          </w:rPr>
          <w:fldChar w:fldCharType="separate"/>
        </w:r>
        <w:r w:rsidR="00B96DAE">
          <w:rPr>
            <w:noProof/>
            <w:webHidden/>
          </w:rPr>
          <w:t>1</w:t>
        </w:r>
        <w:r w:rsidR="00B96DAE">
          <w:rPr>
            <w:noProof/>
            <w:webHidden/>
          </w:rPr>
          <w:fldChar w:fldCharType="end"/>
        </w:r>
      </w:hyperlink>
    </w:p>
    <w:p w14:paraId="1C1B3CA1"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09" w:history="1">
        <w:r w:rsidRPr="00632253">
          <w:rPr>
            <w:rStyle w:val="Hyperlink"/>
            <w:noProof/>
          </w:rPr>
          <w:t>B. Challenges in Providing MI</w:t>
        </w:r>
        <w:r>
          <w:rPr>
            <w:noProof/>
            <w:webHidden/>
          </w:rPr>
          <w:tab/>
        </w:r>
        <w:r>
          <w:rPr>
            <w:noProof/>
            <w:webHidden/>
          </w:rPr>
          <w:fldChar w:fldCharType="begin"/>
        </w:r>
        <w:r>
          <w:rPr>
            <w:noProof/>
            <w:webHidden/>
          </w:rPr>
          <w:instrText xml:space="preserve"> PAGEREF _Toc215489309 \h </w:instrText>
        </w:r>
        <w:r>
          <w:rPr>
            <w:noProof/>
            <w:webHidden/>
          </w:rPr>
        </w:r>
        <w:r>
          <w:rPr>
            <w:noProof/>
            <w:webHidden/>
          </w:rPr>
          <w:fldChar w:fldCharType="separate"/>
        </w:r>
        <w:r>
          <w:rPr>
            <w:noProof/>
            <w:webHidden/>
          </w:rPr>
          <w:t>2</w:t>
        </w:r>
        <w:r>
          <w:rPr>
            <w:noProof/>
            <w:webHidden/>
          </w:rPr>
          <w:fldChar w:fldCharType="end"/>
        </w:r>
      </w:hyperlink>
    </w:p>
    <w:p w14:paraId="5BF1AC40"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0" w:history="1">
        <w:r w:rsidRPr="00632253">
          <w:rPr>
            <w:rStyle w:val="Hyperlink"/>
            <w:noProof/>
          </w:rPr>
          <w:t>C. What should be considered MI?</w:t>
        </w:r>
        <w:r>
          <w:rPr>
            <w:noProof/>
            <w:webHidden/>
          </w:rPr>
          <w:tab/>
        </w:r>
        <w:r>
          <w:rPr>
            <w:noProof/>
            <w:webHidden/>
          </w:rPr>
          <w:fldChar w:fldCharType="begin"/>
        </w:r>
        <w:r>
          <w:rPr>
            <w:noProof/>
            <w:webHidden/>
          </w:rPr>
          <w:instrText xml:space="preserve"> PAGEREF _Toc215489310 \h </w:instrText>
        </w:r>
        <w:r>
          <w:rPr>
            <w:noProof/>
            <w:webHidden/>
          </w:rPr>
        </w:r>
        <w:r>
          <w:rPr>
            <w:noProof/>
            <w:webHidden/>
          </w:rPr>
          <w:fldChar w:fldCharType="separate"/>
        </w:r>
        <w:r>
          <w:rPr>
            <w:noProof/>
            <w:webHidden/>
          </w:rPr>
          <w:t>4</w:t>
        </w:r>
        <w:r>
          <w:rPr>
            <w:noProof/>
            <w:webHidden/>
          </w:rPr>
          <w:fldChar w:fldCharType="end"/>
        </w:r>
      </w:hyperlink>
    </w:p>
    <w:p w14:paraId="616A0331"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1" w:history="1">
        <w:r w:rsidRPr="00632253">
          <w:rPr>
            <w:rStyle w:val="Hyperlink"/>
            <w:noProof/>
          </w:rPr>
          <w:t>D. When should MI be provided?</w:t>
        </w:r>
        <w:r>
          <w:rPr>
            <w:noProof/>
            <w:webHidden/>
          </w:rPr>
          <w:tab/>
        </w:r>
        <w:r>
          <w:rPr>
            <w:noProof/>
            <w:webHidden/>
          </w:rPr>
          <w:fldChar w:fldCharType="begin"/>
        </w:r>
        <w:r>
          <w:rPr>
            <w:noProof/>
            <w:webHidden/>
          </w:rPr>
          <w:instrText xml:space="preserve"> PAGEREF _Toc215489311 \h </w:instrText>
        </w:r>
        <w:r>
          <w:rPr>
            <w:noProof/>
            <w:webHidden/>
          </w:rPr>
        </w:r>
        <w:r>
          <w:rPr>
            <w:noProof/>
            <w:webHidden/>
          </w:rPr>
          <w:fldChar w:fldCharType="separate"/>
        </w:r>
        <w:r>
          <w:rPr>
            <w:noProof/>
            <w:webHidden/>
          </w:rPr>
          <w:t>6</w:t>
        </w:r>
        <w:r>
          <w:rPr>
            <w:noProof/>
            <w:webHidden/>
          </w:rPr>
          <w:fldChar w:fldCharType="end"/>
        </w:r>
      </w:hyperlink>
    </w:p>
    <w:p w14:paraId="3B0956E0"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2" w:history="1">
        <w:r w:rsidRPr="00632253">
          <w:rPr>
            <w:rStyle w:val="Hyperlink"/>
            <w:noProof/>
          </w:rPr>
          <w:t>E. Working with other professions</w:t>
        </w:r>
        <w:r>
          <w:rPr>
            <w:noProof/>
            <w:webHidden/>
          </w:rPr>
          <w:tab/>
        </w:r>
        <w:r>
          <w:rPr>
            <w:noProof/>
            <w:webHidden/>
          </w:rPr>
          <w:fldChar w:fldCharType="begin"/>
        </w:r>
        <w:r>
          <w:rPr>
            <w:noProof/>
            <w:webHidden/>
          </w:rPr>
          <w:instrText xml:space="preserve"> PAGEREF _Toc215489312 \h </w:instrText>
        </w:r>
        <w:r>
          <w:rPr>
            <w:noProof/>
            <w:webHidden/>
          </w:rPr>
        </w:r>
        <w:r>
          <w:rPr>
            <w:noProof/>
            <w:webHidden/>
          </w:rPr>
          <w:fldChar w:fldCharType="separate"/>
        </w:r>
        <w:r>
          <w:rPr>
            <w:noProof/>
            <w:webHidden/>
          </w:rPr>
          <w:t>7</w:t>
        </w:r>
        <w:r>
          <w:rPr>
            <w:noProof/>
            <w:webHidden/>
          </w:rPr>
          <w:fldChar w:fldCharType="end"/>
        </w:r>
      </w:hyperlink>
    </w:p>
    <w:p w14:paraId="7056B4AD"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3" w:history="1">
        <w:r w:rsidRPr="00632253">
          <w:rPr>
            <w:rStyle w:val="Hyperlink"/>
            <w:noProof/>
          </w:rPr>
          <w:t>F. Verification and data accuracy</w:t>
        </w:r>
        <w:r>
          <w:rPr>
            <w:noProof/>
            <w:webHidden/>
          </w:rPr>
          <w:tab/>
        </w:r>
        <w:r>
          <w:rPr>
            <w:noProof/>
            <w:webHidden/>
          </w:rPr>
          <w:fldChar w:fldCharType="begin"/>
        </w:r>
        <w:r>
          <w:rPr>
            <w:noProof/>
            <w:webHidden/>
          </w:rPr>
          <w:instrText xml:space="preserve"> PAGEREF _Toc215489313 \h </w:instrText>
        </w:r>
        <w:r>
          <w:rPr>
            <w:noProof/>
            <w:webHidden/>
          </w:rPr>
        </w:r>
        <w:r>
          <w:rPr>
            <w:noProof/>
            <w:webHidden/>
          </w:rPr>
          <w:fldChar w:fldCharType="separate"/>
        </w:r>
        <w:r>
          <w:rPr>
            <w:noProof/>
            <w:webHidden/>
          </w:rPr>
          <w:t>8</w:t>
        </w:r>
        <w:r>
          <w:rPr>
            <w:noProof/>
            <w:webHidden/>
          </w:rPr>
          <w:fldChar w:fldCharType="end"/>
        </w:r>
      </w:hyperlink>
    </w:p>
    <w:p w14:paraId="495E40DD"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4" w:history="1">
        <w:r w:rsidRPr="00632253">
          <w:rPr>
            <w:rStyle w:val="Hyperlink"/>
            <w:noProof/>
          </w:rPr>
          <w:t>G. Audience of the MI Guidance</w:t>
        </w:r>
        <w:r>
          <w:rPr>
            <w:noProof/>
            <w:webHidden/>
          </w:rPr>
          <w:tab/>
        </w:r>
        <w:r>
          <w:rPr>
            <w:noProof/>
            <w:webHidden/>
          </w:rPr>
          <w:fldChar w:fldCharType="begin"/>
        </w:r>
        <w:r>
          <w:rPr>
            <w:noProof/>
            <w:webHidden/>
          </w:rPr>
          <w:instrText xml:space="preserve"> PAGEREF _Toc215489314 \h </w:instrText>
        </w:r>
        <w:r>
          <w:rPr>
            <w:noProof/>
            <w:webHidden/>
          </w:rPr>
        </w:r>
        <w:r>
          <w:rPr>
            <w:noProof/>
            <w:webHidden/>
          </w:rPr>
          <w:fldChar w:fldCharType="separate"/>
        </w:r>
        <w:r>
          <w:rPr>
            <w:noProof/>
            <w:webHidden/>
          </w:rPr>
          <w:t>9</w:t>
        </w:r>
        <w:r>
          <w:rPr>
            <w:noProof/>
            <w:webHidden/>
          </w:rPr>
          <w:fldChar w:fldCharType="end"/>
        </w:r>
      </w:hyperlink>
    </w:p>
    <w:p w14:paraId="3FEB4D67"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5" w:history="1">
        <w:r w:rsidRPr="00632253">
          <w:rPr>
            <w:rStyle w:val="Hyperlink"/>
            <w:noProof/>
          </w:rPr>
          <w:t>H. Enforcement</w:t>
        </w:r>
        <w:r>
          <w:rPr>
            <w:noProof/>
            <w:webHidden/>
          </w:rPr>
          <w:tab/>
        </w:r>
        <w:r>
          <w:rPr>
            <w:noProof/>
            <w:webHidden/>
          </w:rPr>
          <w:fldChar w:fldCharType="begin"/>
        </w:r>
        <w:r>
          <w:rPr>
            <w:noProof/>
            <w:webHidden/>
          </w:rPr>
          <w:instrText xml:space="preserve"> PAGEREF _Toc215489315 \h </w:instrText>
        </w:r>
        <w:r>
          <w:rPr>
            <w:noProof/>
            <w:webHidden/>
          </w:rPr>
        </w:r>
        <w:r>
          <w:rPr>
            <w:noProof/>
            <w:webHidden/>
          </w:rPr>
          <w:fldChar w:fldCharType="separate"/>
        </w:r>
        <w:r>
          <w:rPr>
            <w:noProof/>
            <w:webHidden/>
          </w:rPr>
          <w:t>10</w:t>
        </w:r>
        <w:r>
          <w:rPr>
            <w:noProof/>
            <w:webHidden/>
          </w:rPr>
          <w:fldChar w:fldCharType="end"/>
        </w:r>
      </w:hyperlink>
    </w:p>
    <w:p w14:paraId="41055092" w14:textId="77777777" w:rsidR="00B96DAE" w:rsidRDefault="00B96DAE">
      <w:pPr>
        <w:pStyle w:val="TOC2"/>
        <w:tabs>
          <w:tab w:val="right" w:leader="dot" w:pos="8630"/>
        </w:tabs>
        <w:rPr>
          <w:rFonts w:asciiTheme="minorHAnsi" w:eastAsiaTheme="minorEastAsia" w:hAnsiTheme="minorHAnsi" w:cstheme="minorBidi"/>
          <w:noProof/>
          <w:kern w:val="2"/>
          <w:sz w:val="24"/>
          <w:szCs w:val="24"/>
          <w:lang w:val="en-GB"/>
          <w14:ligatures w14:val="standardContextual"/>
        </w:rPr>
      </w:pPr>
      <w:hyperlink w:anchor="_Toc215489316" w:history="1">
        <w:r w:rsidRPr="00632253">
          <w:rPr>
            <w:rStyle w:val="Hyperlink"/>
            <w:noProof/>
          </w:rPr>
          <w:t>I. Implementation</w:t>
        </w:r>
        <w:r>
          <w:rPr>
            <w:noProof/>
            <w:webHidden/>
          </w:rPr>
          <w:tab/>
        </w:r>
        <w:r>
          <w:rPr>
            <w:noProof/>
            <w:webHidden/>
          </w:rPr>
          <w:fldChar w:fldCharType="begin"/>
        </w:r>
        <w:r>
          <w:rPr>
            <w:noProof/>
            <w:webHidden/>
          </w:rPr>
          <w:instrText xml:space="preserve"> PAGEREF _Toc215489316 \h </w:instrText>
        </w:r>
        <w:r>
          <w:rPr>
            <w:noProof/>
            <w:webHidden/>
          </w:rPr>
        </w:r>
        <w:r>
          <w:rPr>
            <w:noProof/>
            <w:webHidden/>
          </w:rPr>
          <w:fldChar w:fldCharType="separate"/>
        </w:r>
        <w:r>
          <w:rPr>
            <w:noProof/>
            <w:webHidden/>
          </w:rPr>
          <w:t>10</w:t>
        </w:r>
        <w:r>
          <w:rPr>
            <w:noProof/>
            <w:webHidden/>
          </w:rPr>
          <w:fldChar w:fldCharType="end"/>
        </w:r>
      </w:hyperlink>
    </w:p>
    <w:p w14:paraId="44A74DD0" w14:textId="77777777" w:rsidR="00CA2D67" w:rsidRPr="00B96DAE" w:rsidRDefault="001151BC" w:rsidP="00B96DAE">
      <w:r>
        <w:rPr>
          <w:b/>
          <w:bCs/>
        </w:rPr>
        <w:fldChar w:fldCharType="end"/>
      </w:r>
    </w:p>
    <w:p w14:paraId="20E4770E" w14:textId="77777777" w:rsidR="00EF6A89" w:rsidRPr="00CA2D67" w:rsidRDefault="00EF6A89" w:rsidP="00EF6A89">
      <w:pPr>
        <w:pStyle w:val="Heading2"/>
      </w:pPr>
      <w:bookmarkStart w:id="0" w:name="_Toc215489308"/>
      <w:r w:rsidRPr="00CA2D67">
        <w:t>A. About You</w:t>
      </w:r>
      <w:bookmarkEnd w:id="0"/>
    </w:p>
    <w:p w14:paraId="7A6EA21C" w14:textId="77777777" w:rsidR="00201521" w:rsidRPr="00EF6A89" w:rsidRDefault="00000000" w:rsidP="004A5421">
      <w:pPr>
        <w:pStyle w:val="Heading2"/>
        <w:spacing w:before="0" w:line="240" w:lineRule="auto"/>
        <w:rPr>
          <w:rFonts w:ascii="Aptos" w:hAnsi="Aptos"/>
          <w:sz w:val="22"/>
        </w:rPr>
      </w:pPr>
      <w:r w:rsidRPr="00EF6A89">
        <w:rPr>
          <w:rFonts w:ascii="Aptos" w:hAnsi="Aptos"/>
          <w:sz w:val="22"/>
        </w:rPr>
        <w:t>Question 1</w:t>
      </w:r>
    </w:p>
    <w:p w14:paraId="1EC0BC61" w14:textId="77777777" w:rsidR="004A5421" w:rsidRDefault="00000000" w:rsidP="004A5421">
      <w:pPr>
        <w:pStyle w:val="Heading2"/>
        <w:spacing w:before="0" w:line="240" w:lineRule="auto"/>
        <w:rPr>
          <w:rFonts w:ascii="Aptos" w:hAnsi="Aptos"/>
          <w:b w:val="0"/>
          <w:color w:val="000000"/>
          <w:sz w:val="22"/>
        </w:rPr>
      </w:pPr>
      <w:r w:rsidRPr="00EF6A89">
        <w:rPr>
          <w:rFonts w:ascii="Aptos" w:hAnsi="Aptos"/>
          <w:b w:val="0"/>
          <w:color w:val="000000"/>
          <w:sz w:val="22"/>
        </w:rPr>
        <w:t>Are you responding as an individual or organisation? </w:t>
      </w:r>
      <w:r w:rsidR="005F47D5">
        <w:rPr>
          <w:rFonts w:ascii="Aptos" w:hAnsi="Aptos"/>
          <w:b w:val="0"/>
          <w:color w:val="000000"/>
          <w:sz w:val="22"/>
        </w:rPr>
        <w:t xml:space="preserve"> </w:t>
      </w:r>
    </w:p>
    <w:p w14:paraId="014E0543" w14:textId="7C63E121" w:rsidR="00201521" w:rsidRPr="005F47D5" w:rsidRDefault="005F47D5" w:rsidP="004A5421">
      <w:pPr>
        <w:pStyle w:val="Heading2"/>
        <w:spacing w:before="0" w:line="240" w:lineRule="auto"/>
        <w:rPr>
          <w:rFonts w:ascii="Aptos" w:hAnsi="Aptos"/>
          <w:b w:val="0"/>
          <w:color w:val="7030A0"/>
          <w:sz w:val="22"/>
        </w:rPr>
      </w:pPr>
      <w:r>
        <w:rPr>
          <w:rFonts w:ascii="Aptos" w:hAnsi="Aptos"/>
          <w:b w:val="0"/>
          <w:color w:val="7030A0"/>
          <w:sz w:val="22"/>
        </w:rPr>
        <w:t>Organisation</w:t>
      </w:r>
    </w:p>
    <w:p w14:paraId="376FF3FA" w14:textId="77777777" w:rsidR="004A5421" w:rsidRDefault="004A5421" w:rsidP="004A5421">
      <w:pPr>
        <w:pStyle w:val="Heading2"/>
        <w:spacing w:before="0" w:line="240" w:lineRule="auto"/>
        <w:rPr>
          <w:rFonts w:ascii="Aptos" w:hAnsi="Aptos"/>
          <w:sz w:val="22"/>
        </w:rPr>
      </w:pPr>
    </w:p>
    <w:p w14:paraId="2ABDD8A3" w14:textId="6307A5C9" w:rsidR="00201521" w:rsidRPr="00EF6A89" w:rsidRDefault="00000000" w:rsidP="004A5421">
      <w:pPr>
        <w:pStyle w:val="Heading2"/>
        <w:spacing w:before="0" w:line="240" w:lineRule="auto"/>
        <w:rPr>
          <w:rFonts w:ascii="Aptos" w:hAnsi="Aptos"/>
          <w:sz w:val="22"/>
        </w:rPr>
      </w:pPr>
      <w:r w:rsidRPr="00EF6A89">
        <w:rPr>
          <w:rFonts w:ascii="Aptos" w:hAnsi="Aptos"/>
          <w:sz w:val="22"/>
        </w:rPr>
        <w:t>Question 2</w:t>
      </w:r>
    </w:p>
    <w:p w14:paraId="502CC1B7" w14:textId="77777777" w:rsidR="00201521" w:rsidRPr="00EF6A89" w:rsidRDefault="00000000" w:rsidP="004A5421">
      <w:pPr>
        <w:pStyle w:val="Heading2"/>
        <w:spacing w:before="0" w:line="240" w:lineRule="auto"/>
        <w:rPr>
          <w:rFonts w:ascii="Aptos" w:hAnsi="Aptos"/>
          <w:b w:val="0"/>
          <w:color w:val="000000"/>
          <w:sz w:val="22"/>
        </w:rPr>
      </w:pPr>
      <w:r w:rsidRPr="00EF6A89">
        <w:rPr>
          <w:rFonts w:ascii="Aptos" w:hAnsi="Aptos"/>
          <w:b w:val="0"/>
          <w:color w:val="000000"/>
          <w:sz w:val="22"/>
        </w:rPr>
        <w:t>If responding as an individual - what is your name? </w:t>
      </w:r>
    </w:p>
    <w:p w14:paraId="3B00F395" w14:textId="77777777" w:rsidR="004A5421" w:rsidRDefault="004A5421" w:rsidP="004A5421">
      <w:pPr>
        <w:pStyle w:val="Heading2"/>
        <w:spacing w:before="0" w:line="240" w:lineRule="auto"/>
        <w:rPr>
          <w:rFonts w:ascii="Aptos" w:hAnsi="Aptos"/>
          <w:sz w:val="22"/>
        </w:rPr>
      </w:pPr>
    </w:p>
    <w:p w14:paraId="0337A67F" w14:textId="77777777" w:rsidR="004A5421" w:rsidRDefault="004A5421" w:rsidP="004A5421">
      <w:pPr>
        <w:pStyle w:val="Heading2"/>
        <w:spacing w:before="0" w:line="240" w:lineRule="auto"/>
        <w:rPr>
          <w:rFonts w:ascii="Aptos" w:hAnsi="Aptos"/>
          <w:sz w:val="22"/>
        </w:rPr>
      </w:pPr>
    </w:p>
    <w:p w14:paraId="6010592A" w14:textId="2E8D7113" w:rsidR="00201521" w:rsidRPr="00EF6A89" w:rsidRDefault="00000000" w:rsidP="004A5421">
      <w:pPr>
        <w:pStyle w:val="Heading2"/>
        <w:spacing w:before="0" w:line="240" w:lineRule="auto"/>
        <w:rPr>
          <w:rFonts w:ascii="Aptos" w:hAnsi="Aptos"/>
          <w:sz w:val="22"/>
        </w:rPr>
      </w:pPr>
      <w:r w:rsidRPr="00EF6A89">
        <w:rPr>
          <w:rFonts w:ascii="Aptos" w:hAnsi="Aptos"/>
          <w:sz w:val="22"/>
        </w:rPr>
        <w:t>Question 3</w:t>
      </w:r>
    </w:p>
    <w:p w14:paraId="321B521F" w14:textId="77777777" w:rsidR="004A5421" w:rsidRDefault="00000000" w:rsidP="004A5421">
      <w:pPr>
        <w:spacing w:line="240" w:lineRule="auto"/>
        <w:rPr>
          <w:rFonts w:ascii="Aptos" w:eastAsia="Aptos" w:hAnsi="Aptos" w:cs="Aptos"/>
        </w:rPr>
      </w:pPr>
      <w:r>
        <w:rPr>
          <w:rFonts w:ascii="Aptos" w:eastAsia="Aptos" w:hAnsi="Aptos" w:cs="Aptos"/>
        </w:rPr>
        <w:t>If responding on behalf of an organisation - what is the name of your organisation and what is your role?</w:t>
      </w:r>
      <w:r w:rsidR="005F47D5">
        <w:rPr>
          <w:rFonts w:ascii="Aptos" w:eastAsia="Aptos" w:hAnsi="Aptos" w:cs="Aptos"/>
        </w:rPr>
        <w:t xml:space="preserve"> </w:t>
      </w:r>
    </w:p>
    <w:p w14:paraId="6E3993F2" w14:textId="27A2F846" w:rsidR="00201521" w:rsidRPr="005F47D5" w:rsidRDefault="005F47D5" w:rsidP="004A5421">
      <w:pPr>
        <w:spacing w:line="240" w:lineRule="auto"/>
        <w:rPr>
          <w:rFonts w:ascii="Aptos" w:eastAsia="Aptos" w:hAnsi="Aptos" w:cs="Aptos"/>
          <w:color w:val="7030A0"/>
        </w:rPr>
      </w:pPr>
      <w:r>
        <w:rPr>
          <w:rFonts w:ascii="Aptos" w:eastAsia="Aptos" w:hAnsi="Aptos" w:cs="Aptos"/>
          <w:color w:val="7030A0"/>
        </w:rPr>
        <w:t>The Conveyancing Association</w:t>
      </w:r>
    </w:p>
    <w:p w14:paraId="02A593DC" w14:textId="65A30FA7" w:rsidR="00201521" w:rsidRPr="00EF6A89" w:rsidRDefault="00000000" w:rsidP="00EF6A89">
      <w:pPr>
        <w:pStyle w:val="Heading2"/>
        <w:rPr>
          <w:rFonts w:ascii="Aptos" w:hAnsi="Aptos"/>
          <w:sz w:val="22"/>
        </w:rPr>
      </w:pPr>
      <w:r w:rsidRPr="00EF6A89">
        <w:rPr>
          <w:rFonts w:ascii="Aptos" w:hAnsi="Aptos"/>
          <w:sz w:val="22"/>
        </w:rPr>
        <w:t>Question 4</w:t>
      </w:r>
    </w:p>
    <w:p w14:paraId="1F39F9E8" w14:textId="77777777" w:rsidR="004A5421" w:rsidRDefault="00000000" w:rsidP="005F47D5">
      <w:pPr>
        <w:pStyle w:val="Default"/>
        <w:rPr>
          <w:rFonts w:ascii="Aptos" w:hAnsi="Aptos"/>
          <w:b/>
          <w:sz w:val="22"/>
        </w:rPr>
      </w:pPr>
      <w:r w:rsidRPr="00EF6A89">
        <w:rPr>
          <w:rFonts w:ascii="Aptos" w:hAnsi="Aptos"/>
          <w:sz w:val="22"/>
        </w:rPr>
        <w:t>What type of organisation are you responding on behalf of – estate agent, surveyor, conveyancer, professional body, developer, other?</w:t>
      </w:r>
      <w:r w:rsidR="005F47D5">
        <w:rPr>
          <w:rFonts w:ascii="Aptos" w:hAnsi="Aptos"/>
          <w:b/>
          <w:sz w:val="22"/>
        </w:rPr>
        <w:t xml:space="preserve">  </w:t>
      </w:r>
    </w:p>
    <w:p w14:paraId="1F73E3CA" w14:textId="77777777" w:rsidR="004A5421" w:rsidRDefault="004A5421" w:rsidP="005F47D5">
      <w:pPr>
        <w:pStyle w:val="Default"/>
        <w:rPr>
          <w:rFonts w:ascii="Aptos" w:hAnsi="Aptos"/>
          <w:b/>
          <w:sz w:val="22"/>
        </w:rPr>
      </w:pPr>
    </w:p>
    <w:p w14:paraId="61A98A7F" w14:textId="0E34ECFA" w:rsidR="005F47D5" w:rsidRPr="004A5421" w:rsidRDefault="005F47D5" w:rsidP="005F47D5">
      <w:pPr>
        <w:pStyle w:val="Default"/>
        <w:rPr>
          <w:rFonts w:ascii="Aptos" w:hAnsi="Aptos"/>
          <w:bCs/>
          <w:color w:val="7030A0"/>
          <w:sz w:val="22"/>
          <w:szCs w:val="22"/>
        </w:rPr>
      </w:pPr>
      <w:r w:rsidRPr="004A5421">
        <w:rPr>
          <w:rFonts w:ascii="Aptos" w:hAnsi="Aptos"/>
          <w:bCs/>
          <w:color w:val="7030A0"/>
          <w:sz w:val="22"/>
          <w:szCs w:val="22"/>
        </w:rPr>
        <w:t xml:space="preserve">The Conveyancing Association is a trade organisation representing approximately 75 conveyancing businesses across all regulatory frameworks.  </w:t>
      </w:r>
    </w:p>
    <w:p w14:paraId="3B0AAF3D" w14:textId="77777777" w:rsidR="00201521" w:rsidRDefault="00CA2D67" w:rsidP="00CA2D67">
      <w:pPr>
        <w:pStyle w:val="Heading2"/>
      </w:pPr>
      <w:bookmarkStart w:id="1" w:name="_Toc215489309"/>
      <w:r>
        <w:lastRenderedPageBreak/>
        <w:t>B. Challenges in Providing MI</w:t>
      </w:r>
      <w:bookmarkEnd w:id="1"/>
    </w:p>
    <w:p w14:paraId="0956EC15" w14:textId="77777777" w:rsidR="00201521" w:rsidRPr="00EF6A89" w:rsidRDefault="00000000" w:rsidP="00BA67DB">
      <w:pPr>
        <w:pStyle w:val="Heading2"/>
        <w:rPr>
          <w:rFonts w:ascii="Aptos" w:hAnsi="Aptos"/>
          <w:sz w:val="22"/>
        </w:rPr>
      </w:pPr>
      <w:r w:rsidRPr="00EF6A89">
        <w:rPr>
          <w:rFonts w:ascii="Aptos" w:hAnsi="Aptos"/>
          <w:sz w:val="22"/>
        </w:rPr>
        <w:t>Question 5</w:t>
      </w:r>
    </w:p>
    <w:p w14:paraId="66AB89A3" w14:textId="77777777" w:rsidR="00201521" w:rsidRDefault="00000000">
      <w:pPr>
        <w:rPr>
          <w:rFonts w:ascii="Aptos" w:eastAsia="Aptos" w:hAnsi="Aptos" w:cs="Aptos"/>
        </w:rPr>
      </w:pPr>
      <w:r>
        <w:rPr>
          <w:rFonts w:ascii="Aptos" w:eastAsia="Aptos" w:hAnsi="Aptos" w:cs="Aptos"/>
        </w:rPr>
        <w:t>What do you think are the most significant issues that prevent estate agents from providing material information in property listings? </w:t>
      </w:r>
    </w:p>
    <w:p w14:paraId="5DCC3244" w14:textId="6D45AC74" w:rsidR="00201521" w:rsidRDefault="00000000">
      <w:pPr>
        <w:rPr>
          <w:rFonts w:ascii="Aptos" w:eastAsia="Aptos" w:hAnsi="Aptos" w:cs="Aptos"/>
          <w:color w:val="7030A0"/>
        </w:rPr>
      </w:pPr>
      <w:r>
        <w:rPr>
          <w:rFonts w:ascii="Aptos" w:eastAsia="Aptos" w:hAnsi="Aptos" w:cs="Aptos"/>
          <w:color w:val="7030A0"/>
        </w:rPr>
        <w:t>The main barriers are fragmented data sources, inconsistent verification, and commercial reluctance. Many agents lack access to standardised data feeds or fear losing listings if defects are revealed early. There’s also uncertainty about liability when publishing third-party data and estate agents do not always have access to, or the knowledge to understand, legal documents and structural issues.</w:t>
      </w:r>
    </w:p>
    <w:p w14:paraId="7DB144CC" w14:textId="2A8DE497" w:rsidR="00201521" w:rsidRDefault="00000000">
      <w:pPr>
        <w:rPr>
          <w:rFonts w:ascii="Aptos" w:eastAsia="Aptos" w:hAnsi="Aptos" w:cs="Aptos"/>
          <w:color w:val="7030A0"/>
        </w:rPr>
      </w:pPr>
      <w:r>
        <w:rPr>
          <w:rFonts w:ascii="Aptos" w:eastAsia="Aptos" w:hAnsi="Aptos" w:cs="Aptos"/>
          <w:color w:val="7030A0"/>
        </w:rPr>
        <w:t xml:space="preserve">The </w:t>
      </w:r>
      <w:r w:rsidR="004B6AD7">
        <w:rPr>
          <w:rFonts w:ascii="Aptos" w:eastAsia="Aptos" w:hAnsi="Aptos" w:cs="Aptos"/>
          <w:color w:val="7030A0"/>
        </w:rPr>
        <w:t>‘</w:t>
      </w:r>
      <w:r>
        <w:rPr>
          <w:rFonts w:ascii="Aptos" w:eastAsia="Aptos" w:hAnsi="Aptos" w:cs="Aptos"/>
          <w:color w:val="7030A0"/>
        </w:rPr>
        <w:t>competition</w:t>
      </w:r>
      <w:r w:rsidR="004B6AD7">
        <w:rPr>
          <w:rFonts w:ascii="Aptos" w:eastAsia="Aptos" w:hAnsi="Aptos" w:cs="Aptos"/>
          <w:color w:val="7030A0"/>
        </w:rPr>
        <w:t>’</w:t>
      </w:r>
      <w:r>
        <w:rPr>
          <w:rFonts w:ascii="Aptos" w:eastAsia="Aptos" w:hAnsi="Aptos" w:cs="Aptos"/>
          <w:color w:val="7030A0"/>
        </w:rPr>
        <w:t xml:space="preserve"> </w:t>
      </w:r>
      <w:proofErr w:type="gramStart"/>
      <w:r>
        <w:rPr>
          <w:rFonts w:ascii="Aptos" w:eastAsia="Aptos" w:hAnsi="Aptos" w:cs="Aptos"/>
          <w:color w:val="7030A0"/>
        </w:rPr>
        <w:t>use</w:t>
      </w:r>
      <w:proofErr w:type="gramEnd"/>
      <w:r>
        <w:rPr>
          <w:rFonts w:ascii="Aptos" w:eastAsia="Aptos" w:hAnsi="Aptos" w:cs="Aptos"/>
          <w:color w:val="7030A0"/>
        </w:rPr>
        <w:t xml:space="preserve"> it as a </w:t>
      </w:r>
      <w:proofErr w:type="gramStart"/>
      <w:r>
        <w:rPr>
          <w:rFonts w:ascii="Aptos" w:eastAsia="Aptos" w:hAnsi="Aptos" w:cs="Aptos"/>
          <w:color w:val="7030A0"/>
        </w:rPr>
        <w:t>listings</w:t>
      </w:r>
      <w:proofErr w:type="gramEnd"/>
      <w:r>
        <w:rPr>
          <w:rFonts w:ascii="Aptos" w:eastAsia="Aptos" w:hAnsi="Aptos" w:cs="Aptos"/>
          <w:color w:val="7030A0"/>
        </w:rPr>
        <w:t xml:space="preserve"> winner</w:t>
      </w:r>
      <w:r w:rsidR="004B6AD7">
        <w:rPr>
          <w:rFonts w:ascii="Aptos" w:eastAsia="Aptos" w:hAnsi="Aptos" w:cs="Aptos"/>
          <w:color w:val="7030A0"/>
        </w:rPr>
        <w:t xml:space="preserve">, for example, </w:t>
      </w:r>
      <w:r>
        <w:rPr>
          <w:rFonts w:ascii="Aptos" w:eastAsia="Aptos" w:hAnsi="Aptos" w:cs="Aptos"/>
          <w:color w:val="7030A0"/>
        </w:rPr>
        <w:t>“You don’t have to worry about that, we can list it immediately</w:t>
      </w:r>
      <w:r w:rsidR="004B6AD7">
        <w:rPr>
          <w:rFonts w:ascii="Aptos" w:eastAsia="Aptos" w:hAnsi="Aptos" w:cs="Aptos"/>
          <w:color w:val="7030A0"/>
        </w:rPr>
        <w:t>,</w:t>
      </w:r>
      <w:r>
        <w:rPr>
          <w:rFonts w:ascii="Aptos" w:eastAsia="Aptos" w:hAnsi="Aptos" w:cs="Aptos"/>
          <w:color w:val="7030A0"/>
        </w:rPr>
        <w:t>” and without enforcement of the law through undertakings or fines there has been no measurable negative consequence.</w:t>
      </w:r>
    </w:p>
    <w:p w14:paraId="14A94E1B" w14:textId="68965CBD" w:rsidR="00201521" w:rsidRDefault="005E0053">
      <w:pPr>
        <w:rPr>
          <w:rFonts w:ascii="Aptos" w:eastAsia="Aptos" w:hAnsi="Aptos" w:cs="Aptos"/>
          <w:color w:val="7030A0"/>
        </w:rPr>
      </w:pPr>
      <w:r>
        <w:rPr>
          <w:rFonts w:ascii="Aptos" w:eastAsia="Aptos" w:hAnsi="Aptos" w:cs="Aptos"/>
          <w:color w:val="7030A0"/>
        </w:rPr>
        <w:t xml:space="preserve">Some agents do not want there to be any barrier to listing a property and consider gathering the information as a delay </w:t>
      </w:r>
      <w:proofErr w:type="gramStart"/>
      <w:r>
        <w:rPr>
          <w:rFonts w:ascii="Aptos" w:eastAsia="Aptos" w:hAnsi="Aptos" w:cs="Aptos"/>
          <w:color w:val="7030A0"/>
        </w:rPr>
        <w:t>to</w:t>
      </w:r>
      <w:proofErr w:type="gramEnd"/>
      <w:r>
        <w:rPr>
          <w:rFonts w:ascii="Aptos" w:eastAsia="Aptos" w:hAnsi="Aptos" w:cs="Aptos"/>
          <w:color w:val="7030A0"/>
        </w:rPr>
        <w:t xml:space="preserve"> finding a buyer. It is not </w:t>
      </w:r>
      <w:proofErr w:type="gramStart"/>
      <w:r>
        <w:rPr>
          <w:rFonts w:ascii="Aptos" w:eastAsia="Aptos" w:hAnsi="Aptos" w:cs="Aptos"/>
          <w:color w:val="7030A0"/>
        </w:rPr>
        <w:t>always  recognised</w:t>
      </w:r>
      <w:proofErr w:type="gramEnd"/>
      <w:r>
        <w:rPr>
          <w:rFonts w:ascii="Aptos" w:eastAsia="Aptos" w:hAnsi="Aptos" w:cs="Aptos"/>
          <w:color w:val="7030A0"/>
        </w:rPr>
        <w:t xml:space="preserve"> that leaving the gathering of information until after a buyer is found </w:t>
      </w:r>
      <w:r w:rsidR="004B6AD7">
        <w:rPr>
          <w:rFonts w:ascii="Aptos" w:eastAsia="Aptos" w:hAnsi="Aptos" w:cs="Aptos"/>
          <w:color w:val="7030A0"/>
        </w:rPr>
        <w:t>delays</w:t>
      </w:r>
      <w:r>
        <w:rPr>
          <w:rFonts w:ascii="Aptos" w:eastAsia="Aptos" w:hAnsi="Aptos" w:cs="Aptos"/>
          <w:color w:val="7030A0"/>
        </w:rPr>
        <w:t xml:space="preserve"> the sale </w:t>
      </w:r>
      <w:proofErr w:type="gramStart"/>
      <w:r>
        <w:rPr>
          <w:rFonts w:ascii="Aptos" w:eastAsia="Aptos" w:hAnsi="Aptos" w:cs="Aptos"/>
          <w:color w:val="7030A0"/>
        </w:rPr>
        <w:t>completing</w:t>
      </w:r>
      <w:proofErr w:type="gramEnd"/>
      <w:r>
        <w:rPr>
          <w:rFonts w:ascii="Aptos" w:eastAsia="Aptos" w:hAnsi="Aptos" w:cs="Aptos"/>
          <w:color w:val="7030A0"/>
        </w:rPr>
        <w:t xml:space="preserve">, and them receiving their commission. It may fall through entirely and if on a </w:t>
      </w:r>
      <w:proofErr w:type="gramStart"/>
      <w:r>
        <w:rPr>
          <w:rFonts w:ascii="Aptos" w:eastAsia="Aptos" w:hAnsi="Aptos" w:cs="Aptos"/>
          <w:color w:val="7030A0"/>
        </w:rPr>
        <w:t>no</w:t>
      </w:r>
      <w:proofErr w:type="gramEnd"/>
      <w:r w:rsidR="004B6AD7">
        <w:rPr>
          <w:rFonts w:ascii="Aptos" w:eastAsia="Aptos" w:hAnsi="Aptos" w:cs="Aptos"/>
          <w:color w:val="7030A0"/>
        </w:rPr>
        <w:t>-</w:t>
      </w:r>
      <w:r>
        <w:rPr>
          <w:rFonts w:ascii="Aptos" w:eastAsia="Aptos" w:hAnsi="Aptos" w:cs="Aptos"/>
          <w:color w:val="7030A0"/>
        </w:rPr>
        <w:t>sale</w:t>
      </w:r>
      <w:r w:rsidR="004B6AD7">
        <w:rPr>
          <w:rFonts w:ascii="Aptos" w:eastAsia="Aptos" w:hAnsi="Aptos" w:cs="Aptos"/>
          <w:color w:val="7030A0"/>
        </w:rPr>
        <w:t>/</w:t>
      </w:r>
      <w:r>
        <w:rPr>
          <w:rFonts w:ascii="Aptos" w:eastAsia="Aptos" w:hAnsi="Aptos" w:cs="Aptos"/>
          <w:color w:val="7030A0"/>
        </w:rPr>
        <w:t>no</w:t>
      </w:r>
      <w:r w:rsidR="004B6AD7">
        <w:rPr>
          <w:rFonts w:ascii="Aptos" w:eastAsia="Aptos" w:hAnsi="Aptos" w:cs="Aptos"/>
          <w:color w:val="7030A0"/>
        </w:rPr>
        <w:t>-</w:t>
      </w:r>
      <w:r>
        <w:rPr>
          <w:rFonts w:ascii="Aptos" w:eastAsia="Aptos" w:hAnsi="Aptos" w:cs="Aptos"/>
          <w:color w:val="7030A0"/>
        </w:rPr>
        <w:t xml:space="preserve">fee commission basis, the agent would not be </w:t>
      </w:r>
      <w:r w:rsidR="00D9045B">
        <w:rPr>
          <w:rFonts w:ascii="Aptos" w:eastAsia="Aptos" w:hAnsi="Aptos" w:cs="Aptos"/>
          <w:color w:val="7030A0"/>
        </w:rPr>
        <w:t>paid at</w:t>
      </w:r>
      <w:r>
        <w:rPr>
          <w:rFonts w:ascii="Aptos" w:eastAsia="Aptos" w:hAnsi="Aptos" w:cs="Aptos"/>
          <w:color w:val="7030A0"/>
        </w:rPr>
        <w:t xml:space="preserve"> all.</w:t>
      </w:r>
    </w:p>
    <w:p w14:paraId="3E262F5C" w14:textId="6B835D29" w:rsidR="00201521" w:rsidRDefault="00000000">
      <w:pPr>
        <w:rPr>
          <w:rFonts w:ascii="Aptos" w:eastAsia="Aptos" w:hAnsi="Aptos" w:cs="Aptos"/>
          <w:color w:val="7030A0"/>
        </w:rPr>
      </w:pPr>
      <w:r>
        <w:rPr>
          <w:rFonts w:ascii="Aptos" w:eastAsia="Aptos" w:hAnsi="Aptos" w:cs="Aptos"/>
          <w:color w:val="7030A0"/>
        </w:rPr>
        <w:t>Many sellers do not currently instruct conveyancing lawyers until an offer is accepted</w:t>
      </w:r>
      <w:r w:rsidR="004B6AD7">
        <w:rPr>
          <w:rFonts w:ascii="Aptos" w:eastAsia="Aptos" w:hAnsi="Aptos" w:cs="Aptos"/>
          <w:color w:val="7030A0"/>
        </w:rPr>
        <w:t xml:space="preserve"> -</w:t>
      </w:r>
      <w:r>
        <w:rPr>
          <w:rFonts w:ascii="Aptos" w:eastAsia="Aptos" w:hAnsi="Aptos" w:cs="Aptos"/>
          <w:color w:val="7030A0"/>
        </w:rPr>
        <w:t xml:space="preserve"> this is largely outside of the conveyancing lawyer’s control.  There are around 4,000 conveyancing law firms using various levels of technology which could present a practical barrier in sharing Material Information with the stakeholders.</w:t>
      </w:r>
    </w:p>
    <w:p w14:paraId="59F3B62F" w14:textId="77777777" w:rsidR="00201521" w:rsidRPr="00EF6A89" w:rsidRDefault="00000000" w:rsidP="00BA67DB">
      <w:pPr>
        <w:pStyle w:val="Heading2"/>
        <w:rPr>
          <w:rFonts w:ascii="Aptos" w:hAnsi="Aptos"/>
          <w:sz w:val="22"/>
        </w:rPr>
      </w:pPr>
      <w:r w:rsidRPr="00EF6A89">
        <w:rPr>
          <w:rFonts w:ascii="Aptos" w:hAnsi="Aptos"/>
          <w:sz w:val="22"/>
        </w:rPr>
        <w:t>Question 6</w:t>
      </w:r>
    </w:p>
    <w:p w14:paraId="75A11A23" w14:textId="77777777" w:rsidR="00201521" w:rsidRDefault="00000000">
      <w:pPr>
        <w:rPr>
          <w:rFonts w:ascii="Aptos" w:eastAsia="Aptos" w:hAnsi="Aptos" w:cs="Aptos"/>
        </w:rPr>
      </w:pPr>
      <w:r>
        <w:rPr>
          <w:rFonts w:ascii="Aptos" w:eastAsia="Aptos" w:hAnsi="Aptos" w:cs="Aptos"/>
        </w:rPr>
        <w:t xml:space="preserve">In addition to providing guidance, what other steps do you think government should take to support estate agents to meet their legal responsibilities </w:t>
      </w:r>
      <w:proofErr w:type="gramStart"/>
      <w:r>
        <w:rPr>
          <w:rFonts w:ascii="Aptos" w:eastAsia="Aptos" w:hAnsi="Aptos" w:cs="Aptos"/>
        </w:rPr>
        <w:t>with regard to</w:t>
      </w:r>
      <w:proofErr w:type="gramEnd"/>
      <w:r>
        <w:rPr>
          <w:rFonts w:ascii="Aptos" w:eastAsia="Aptos" w:hAnsi="Aptos" w:cs="Aptos"/>
        </w:rPr>
        <w:t xml:space="preserve"> material information?</w:t>
      </w:r>
    </w:p>
    <w:p w14:paraId="4074B497" w14:textId="77777777" w:rsidR="00201521" w:rsidRDefault="00000000">
      <w:pPr>
        <w:rPr>
          <w:rFonts w:ascii="Aptos" w:eastAsia="Aptos" w:hAnsi="Aptos" w:cs="Aptos"/>
        </w:rPr>
      </w:pPr>
      <w:r>
        <w:rPr>
          <w:rFonts w:ascii="Aptos" w:eastAsia="Aptos" w:hAnsi="Aptos" w:cs="Aptos"/>
        </w:rPr>
        <w:t xml:space="preserve">For example, this may include mandatory qualifications or </w:t>
      </w:r>
      <w:proofErr w:type="gramStart"/>
      <w:r>
        <w:rPr>
          <w:rFonts w:ascii="Aptos" w:eastAsia="Aptos" w:hAnsi="Aptos" w:cs="Aptos"/>
        </w:rPr>
        <w:t>training, or</w:t>
      </w:r>
      <w:proofErr w:type="gramEnd"/>
      <w:r>
        <w:rPr>
          <w:rFonts w:ascii="Aptos" w:eastAsia="Aptos" w:hAnsi="Aptos" w:cs="Aptos"/>
        </w:rPr>
        <w:t xml:space="preserve"> providing standardised forms to support information gathering. </w:t>
      </w:r>
    </w:p>
    <w:p w14:paraId="5840D2B4" w14:textId="059B0B6F" w:rsidR="00201521" w:rsidRDefault="00000000">
      <w:pPr>
        <w:rPr>
          <w:rFonts w:ascii="Aptos" w:eastAsia="Aptos" w:hAnsi="Aptos" w:cs="Aptos"/>
          <w:color w:val="7030A0"/>
        </w:rPr>
      </w:pPr>
      <w:r>
        <w:rPr>
          <w:rFonts w:ascii="Aptos" w:eastAsia="Aptos" w:hAnsi="Aptos" w:cs="Aptos"/>
          <w:color w:val="7030A0"/>
        </w:rPr>
        <w:t xml:space="preserve">Government should adopt the Property Data Trust Framework aligned to the UPRN and HM Land Registry APIs which will enable agents to identify </w:t>
      </w:r>
      <w:proofErr w:type="gramStart"/>
      <w:r>
        <w:rPr>
          <w:rFonts w:ascii="Aptos" w:eastAsia="Aptos" w:hAnsi="Aptos" w:cs="Aptos"/>
          <w:color w:val="7030A0"/>
        </w:rPr>
        <w:t>the Material</w:t>
      </w:r>
      <w:proofErr w:type="gramEnd"/>
      <w:r>
        <w:rPr>
          <w:rFonts w:ascii="Aptos" w:eastAsia="Aptos" w:hAnsi="Aptos" w:cs="Aptos"/>
          <w:color w:val="7030A0"/>
        </w:rPr>
        <w:t xml:space="preserve"> Information (MI) either through their own</w:t>
      </w:r>
      <w:r w:rsidR="00AD48BA">
        <w:rPr>
          <w:rFonts w:ascii="Aptos" w:eastAsia="Aptos" w:hAnsi="Aptos" w:cs="Aptos"/>
          <w:color w:val="7030A0"/>
        </w:rPr>
        <w:t>,</w:t>
      </w:r>
      <w:r>
        <w:rPr>
          <w:rFonts w:ascii="Aptos" w:eastAsia="Aptos" w:hAnsi="Aptos" w:cs="Aptos"/>
          <w:color w:val="7030A0"/>
        </w:rPr>
        <w:t xml:space="preserve"> or the conveyancer’s</w:t>
      </w:r>
      <w:r w:rsidR="00AD48BA">
        <w:rPr>
          <w:rFonts w:ascii="Aptos" w:eastAsia="Aptos" w:hAnsi="Aptos" w:cs="Aptos"/>
          <w:color w:val="7030A0"/>
        </w:rPr>
        <w:t>,</w:t>
      </w:r>
      <w:r>
        <w:rPr>
          <w:rFonts w:ascii="Aptos" w:eastAsia="Aptos" w:hAnsi="Aptos" w:cs="Aptos"/>
          <w:color w:val="7030A0"/>
        </w:rPr>
        <w:t xml:space="preserve"> systems or through a tech supplier.</w:t>
      </w:r>
    </w:p>
    <w:p w14:paraId="49E03907" w14:textId="0C05196C" w:rsidR="00201521" w:rsidRDefault="00000000">
      <w:pPr>
        <w:rPr>
          <w:rFonts w:ascii="Aptos" w:eastAsia="Aptos" w:hAnsi="Aptos" w:cs="Aptos"/>
          <w:color w:val="7030A0"/>
        </w:rPr>
      </w:pPr>
      <w:r>
        <w:rPr>
          <w:rFonts w:ascii="Aptos" w:eastAsia="Aptos" w:hAnsi="Aptos" w:cs="Aptos"/>
          <w:color w:val="7030A0"/>
        </w:rPr>
        <w:t xml:space="preserve">Government should create an insurability calculator so consumers can identify whether a property is insurable under </w:t>
      </w:r>
      <w:r w:rsidR="00AD48BA">
        <w:rPr>
          <w:rFonts w:ascii="Aptos" w:eastAsia="Aptos" w:hAnsi="Aptos" w:cs="Aptos"/>
          <w:color w:val="7030A0"/>
        </w:rPr>
        <w:t>‘</w:t>
      </w:r>
      <w:r>
        <w:rPr>
          <w:rFonts w:ascii="Aptos" w:eastAsia="Aptos" w:hAnsi="Aptos" w:cs="Aptos"/>
          <w:color w:val="7030A0"/>
        </w:rPr>
        <w:t>normal terms</w:t>
      </w:r>
      <w:r w:rsidR="00AD48BA">
        <w:rPr>
          <w:rFonts w:ascii="Aptos" w:eastAsia="Aptos" w:hAnsi="Aptos" w:cs="Aptos"/>
          <w:color w:val="7030A0"/>
        </w:rPr>
        <w:t>’</w:t>
      </w:r>
      <w:r>
        <w:rPr>
          <w:rFonts w:ascii="Aptos" w:eastAsia="Aptos" w:hAnsi="Aptos" w:cs="Aptos"/>
          <w:color w:val="7030A0"/>
        </w:rPr>
        <w:t xml:space="preserve"> as this will have an impact on affordability and the ability to obtain a mortgage against the property.</w:t>
      </w:r>
    </w:p>
    <w:p w14:paraId="39F8A220" w14:textId="77777777" w:rsidR="00201521" w:rsidRDefault="00000000">
      <w:pPr>
        <w:rPr>
          <w:rFonts w:ascii="Aptos" w:eastAsia="Aptos" w:hAnsi="Aptos" w:cs="Aptos"/>
          <w:color w:val="7030A0"/>
        </w:rPr>
      </w:pPr>
      <w:r>
        <w:rPr>
          <w:rFonts w:ascii="Aptos" w:eastAsia="Aptos" w:hAnsi="Aptos" w:cs="Aptos"/>
          <w:color w:val="7030A0"/>
        </w:rPr>
        <w:t>Mandatory qualifications for estate agents should include consumer law and digital data literacy. A centralised template or schema for property data, refreshed automatically, would simplify compliance – we have the Buying and Selling Property Information dataset which identifies the Material Information to the seller’s knowledge which can be verified by integrating Authority data.</w:t>
      </w:r>
    </w:p>
    <w:p w14:paraId="127084A3" w14:textId="00ABBED1" w:rsidR="00201521" w:rsidRDefault="00000000">
      <w:pPr>
        <w:rPr>
          <w:rFonts w:ascii="Aptos" w:eastAsia="Aptos" w:hAnsi="Aptos" w:cs="Aptos"/>
          <w:color w:val="7030A0"/>
        </w:rPr>
      </w:pPr>
      <w:r>
        <w:rPr>
          <w:rFonts w:ascii="Aptos" w:eastAsia="Aptos" w:hAnsi="Aptos" w:cs="Aptos"/>
          <w:color w:val="7030A0"/>
        </w:rPr>
        <w:t>The creation of a regulator for property agents would then enable the funding of the training, qualification and regulation of agents and at the cost of the private businesses rather than at the cost of the public purse. Currently there is little to no enforcement so the good estate agents who do comply with the law are not seeing those who do not being picked up on it</w:t>
      </w:r>
      <w:r w:rsidR="00AD48BA">
        <w:rPr>
          <w:rFonts w:ascii="Aptos" w:eastAsia="Aptos" w:hAnsi="Aptos" w:cs="Aptos"/>
          <w:color w:val="7030A0"/>
        </w:rPr>
        <w:t>,</w:t>
      </w:r>
      <w:r>
        <w:rPr>
          <w:rFonts w:ascii="Aptos" w:eastAsia="Aptos" w:hAnsi="Aptos" w:cs="Aptos"/>
          <w:color w:val="7030A0"/>
        </w:rPr>
        <w:t xml:space="preserve"> unless a buyer complains to a redress scheme, which is unlikely as the buyer would not want to upset an agent who might have a property which they want to view.</w:t>
      </w:r>
    </w:p>
    <w:p w14:paraId="019D20FC" w14:textId="7A240183" w:rsidR="00201521" w:rsidRDefault="00611116">
      <w:pPr>
        <w:rPr>
          <w:rFonts w:ascii="Aptos" w:eastAsia="Aptos" w:hAnsi="Aptos" w:cs="Aptos"/>
          <w:color w:val="7030A0"/>
        </w:rPr>
      </w:pPr>
      <w:r>
        <w:rPr>
          <w:rFonts w:ascii="Aptos" w:eastAsia="Aptos" w:hAnsi="Aptos" w:cs="Aptos"/>
          <w:color w:val="7030A0"/>
        </w:rPr>
        <w:t xml:space="preserve">It will need a huge amount of ongoing consumer education and should be included in the life skills for older students’ curriculum recently announced for schools. There has been little, or no, consumer education which makes it hard for estate agents to get sellers onboard with the need for Material Information </w:t>
      </w:r>
      <w:r w:rsidR="00AD48BA">
        <w:rPr>
          <w:rFonts w:ascii="Aptos" w:eastAsia="Aptos" w:hAnsi="Aptos" w:cs="Aptos"/>
          <w:color w:val="7030A0"/>
        </w:rPr>
        <w:t>while</w:t>
      </w:r>
      <w:r>
        <w:rPr>
          <w:rFonts w:ascii="Aptos" w:eastAsia="Aptos" w:hAnsi="Aptos" w:cs="Aptos"/>
          <w:color w:val="7030A0"/>
        </w:rPr>
        <w:t xml:space="preserve"> potential buyers, mortgage brokers, valuers and lenders do not </w:t>
      </w:r>
      <w:proofErr w:type="gramStart"/>
      <w:r>
        <w:rPr>
          <w:rFonts w:ascii="Aptos" w:eastAsia="Aptos" w:hAnsi="Aptos" w:cs="Aptos"/>
          <w:color w:val="7030A0"/>
        </w:rPr>
        <w:t>know</w:t>
      </w:r>
      <w:proofErr w:type="gramEnd"/>
      <w:r>
        <w:rPr>
          <w:rFonts w:ascii="Aptos" w:eastAsia="Aptos" w:hAnsi="Aptos" w:cs="Aptos"/>
          <w:color w:val="7030A0"/>
        </w:rPr>
        <w:t xml:space="preserve"> to ask for it, so the benefits are not felt.</w:t>
      </w:r>
    </w:p>
    <w:p w14:paraId="040706C4" w14:textId="64BB7B62" w:rsidR="00201521" w:rsidRDefault="00000000">
      <w:pPr>
        <w:rPr>
          <w:rFonts w:ascii="Aptos" w:eastAsia="Aptos" w:hAnsi="Aptos" w:cs="Aptos"/>
          <w:color w:val="7030A0"/>
        </w:rPr>
      </w:pPr>
      <w:r>
        <w:rPr>
          <w:rFonts w:ascii="Aptos" w:eastAsia="Aptos" w:hAnsi="Aptos" w:cs="Aptos"/>
          <w:color w:val="7030A0"/>
        </w:rPr>
        <w:t xml:space="preserve">Government should limit the scope for identification and </w:t>
      </w:r>
      <w:r w:rsidR="00AD48BA">
        <w:rPr>
          <w:rFonts w:ascii="Aptos" w:eastAsia="Aptos" w:hAnsi="Aptos" w:cs="Aptos"/>
          <w:color w:val="7030A0"/>
        </w:rPr>
        <w:t>‘</w:t>
      </w:r>
      <w:r>
        <w:rPr>
          <w:rFonts w:ascii="Aptos" w:eastAsia="Aptos" w:hAnsi="Aptos" w:cs="Aptos"/>
          <w:color w:val="7030A0"/>
        </w:rPr>
        <w:t>interpretation</w:t>
      </w:r>
      <w:r w:rsidR="00AD48BA">
        <w:rPr>
          <w:rFonts w:ascii="Aptos" w:eastAsia="Aptos" w:hAnsi="Aptos" w:cs="Aptos"/>
          <w:color w:val="7030A0"/>
        </w:rPr>
        <w:t>’</w:t>
      </w:r>
      <w:r>
        <w:rPr>
          <w:rFonts w:ascii="Aptos" w:eastAsia="Aptos" w:hAnsi="Aptos" w:cs="Aptos"/>
          <w:color w:val="7030A0"/>
        </w:rPr>
        <w:t xml:space="preserve"> by estate agents of what they consider constitutes material information as far as possible particularly for issues regarding legal </w:t>
      </w:r>
      <w:r w:rsidR="00611116">
        <w:rPr>
          <w:rFonts w:ascii="Aptos" w:eastAsia="Aptos" w:hAnsi="Aptos" w:cs="Aptos"/>
          <w:color w:val="7030A0"/>
        </w:rPr>
        <w:t>title.</w:t>
      </w:r>
      <w:r>
        <w:rPr>
          <w:rFonts w:ascii="Aptos" w:eastAsia="Aptos" w:hAnsi="Aptos" w:cs="Aptos"/>
          <w:color w:val="7030A0"/>
        </w:rPr>
        <w:t xml:space="preserve"> If not the </w:t>
      </w:r>
      <w:r w:rsidR="00AD48BA">
        <w:rPr>
          <w:rFonts w:ascii="Aptos" w:eastAsia="Aptos" w:hAnsi="Aptos" w:cs="Aptos"/>
          <w:color w:val="7030A0"/>
        </w:rPr>
        <w:t>‘</w:t>
      </w:r>
      <w:r>
        <w:rPr>
          <w:rFonts w:ascii="Aptos" w:eastAsia="Aptos" w:hAnsi="Aptos" w:cs="Aptos"/>
          <w:color w:val="7030A0"/>
        </w:rPr>
        <w:t>ask Agent</w:t>
      </w:r>
      <w:r w:rsidR="00AD48BA">
        <w:rPr>
          <w:rFonts w:ascii="Aptos" w:eastAsia="Aptos" w:hAnsi="Aptos" w:cs="Aptos"/>
          <w:color w:val="7030A0"/>
        </w:rPr>
        <w:t>’</w:t>
      </w:r>
      <w:r>
        <w:rPr>
          <w:rFonts w:ascii="Aptos" w:eastAsia="Aptos" w:hAnsi="Aptos" w:cs="Aptos"/>
          <w:color w:val="7030A0"/>
        </w:rPr>
        <w:t xml:space="preserve"> answers will prevail with </w:t>
      </w:r>
      <w:r w:rsidR="00611116">
        <w:rPr>
          <w:rFonts w:ascii="Aptos" w:eastAsia="Aptos" w:hAnsi="Aptos" w:cs="Aptos"/>
          <w:color w:val="7030A0"/>
        </w:rPr>
        <w:t>some agents</w:t>
      </w:r>
      <w:r>
        <w:rPr>
          <w:rFonts w:ascii="Aptos" w:eastAsia="Aptos" w:hAnsi="Aptos" w:cs="Aptos"/>
          <w:color w:val="7030A0"/>
        </w:rPr>
        <w:t xml:space="preserve"> and the level playing </w:t>
      </w:r>
      <w:r w:rsidR="00611116">
        <w:rPr>
          <w:rFonts w:ascii="Aptos" w:eastAsia="Aptos" w:hAnsi="Aptos" w:cs="Aptos"/>
          <w:color w:val="7030A0"/>
        </w:rPr>
        <w:t>field for</w:t>
      </w:r>
      <w:r>
        <w:rPr>
          <w:rFonts w:ascii="Aptos" w:eastAsia="Aptos" w:hAnsi="Aptos" w:cs="Aptos"/>
          <w:color w:val="7030A0"/>
        </w:rPr>
        <w:t xml:space="preserve"> all agents to adhere to the rules could be compromised. </w:t>
      </w:r>
    </w:p>
    <w:p w14:paraId="76397594" w14:textId="766C121E" w:rsidR="00BB24FB" w:rsidRPr="00BB24FB" w:rsidRDefault="00BB24FB" w:rsidP="00BB24FB">
      <w:pPr>
        <w:rPr>
          <w:rFonts w:ascii="Aptos" w:eastAsia="Aptos" w:hAnsi="Aptos" w:cs="Aptos"/>
          <w:color w:val="7030A0"/>
        </w:rPr>
      </w:pPr>
      <w:r w:rsidRPr="00BB24FB">
        <w:rPr>
          <w:rFonts w:ascii="Aptos" w:eastAsia="Aptos" w:hAnsi="Aptos" w:cs="Aptos"/>
          <w:color w:val="7030A0"/>
        </w:rPr>
        <w:t xml:space="preserve">In summary, to assist agents deliver material information, Government will need </w:t>
      </w:r>
      <w:proofErr w:type="gramStart"/>
      <w:r w:rsidRPr="00BB24FB">
        <w:rPr>
          <w:rFonts w:ascii="Aptos" w:eastAsia="Aptos" w:hAnsi="Aptos" w:cs="Aptos"/>
          <w:color w:val="7030A0"/>
        </w:rPr>
        <w:t>to:-</w:t>
      </w:r>
      <w:proofErr w:type="gramEnd"/>
    </w:p>
    <w:p w14:paraId="248DC8F3" w14:textId="71201102" w:rsidR="00F30F8B" w:rsidRPr="00BB24FB" w:rsidRDefault="00F30F8B" w:rsidP="00F30F8B">
      <w:pPr>
        <w:pStyle w:val="ListParagraph"/>
        <w:numPr>
          <w:ilvl w:val="0"/>
          <w:numId w:val="13"/>
        </w:numPr>
        <w:rPr>
          <w:rFonts w:ascii="Aptos" w:eastAsia="Aptos" w:hAnsi="Aptos" w:cs="Aptos"/>
          <w:color w:val="7030A0"/>
        </w:rPr>
      </w:pPr>
      <w:proofErr w:type="gramStart"/>
      <w:r w:rsidRPr="00BB24FB">
        <w:rPr>
          <w:rFonts w:ascii="Aptos" w:eastAsia="Aptos" w:hAnsi="Aptos" w:cs="Aptos"/>
          <w:color w:val="7030A0"/>
        </w:rPr>
        <w:t>Introduce</w:t>
      </w:r>
      <w:proofErr w:type="gramEnd"/>
      <w:r w:rsidRPr="00BB24FB">
        <w:rPr>
          <w:rFonts w:ascii="Aptos" w:eastAsia="Aptos" w:hAnsi="Aptos" w:cs="Aptos"/>
          <w:color w:val="7030A0"/>
        </w:rPr>
        <w:t xml:space="preserve"> mandatory qualifications and training for agents </w:t>
      </w:r>
      <w:proofErr w:type="gramStart"/>
      <w:r w:rsidRPr="00BB24FB">
        <w:rPr>
          <w:rFonts w:ascii="Aptos" w:eastAsia="Aptos" w:hAnsi="Aptos" w:cs="Aptos"/>
          <w:color w:val="7030A0"/>
        </w:rPr>
        <w:t>on</w:t>
      </w:r>
      <w:proofErr w:type="gramEnd"/>
      <w:r w:rsidRPr="00BB24FB">
        <w:rPr>
          <w:rFonts w:ascii="Aptos" w:eastAsia="Aptos" w:hAnsi="Aptos" w:cs="Aptos"/>
          <w:color w:val="7030A0"/>
        </w:rPr>
        <w:t xml:space="preserve"> material-information requirements</w:t>
      </w:r>
      <w:r w:rsidR="00AD48BA" w:rsidRPr="00BB24FB">
        <w:rPr>
          <w:rFonts w:ascii="Aptos" w:eastAsia="Aptos" w:hAnsi="Aptos" w:cs="Aptos"/>
          <w:color w:val="7030A0"/>
        </w:rPr>
        <w:t>’</w:t>
      </w:r>
    </w:p>
    <w:p w14:paraId="610F4ED7" w14:textId="5CD9D6AD" w:rsidR="00F30F8B" w:rsidRPr="00BB24FB" w:rsidRDefault="00F30F8B" w:rsidP="00F30F8B">
      <w:pPr>
        <w:pStyle w:val="ListParagraph"/>
        <w:numPr>
          <w:ilvl w:val="0"/>
          <w:numId w:val="13"/>
        </w:numPr>
        <w:rPr>
          <w:rFonts w:ascii="Aptos" w:eastAsia="Aptos" w:hAnsi="Aptos" w:cs="Aptos"/>
          <w:color w:val="7030A0"/>
        </w:rPr>
      </w:pPr>
      <w:r w:rsidRPr="00BB24FB">
        <w:rPr>
          <w:rFonts w:ascii="Aptos" w:eastAsia="Aptos" w:hAnsi="Aptos" w:cs="Aptos"/>
          <w:color w:val="7030A0"/>
        </w:rPr>
        <w:t>Create a standardised, compulsory material</w:t>
      </w:r>
      <w:r w:rsidR="00AD48BA" w:rsidRPr="00BB24FB">
        <w:rPr>
          <w:rFonts w:ascii="Aptos" w:eastAsia="Aptos" w:hAnsi="Aptos" w:cs="Aptos"/>
          <w:color w:val="7030A0"/>
        </w:rPr>
        <w:t xml:space="preserve"> </w:t>
      </w:r>
      <w:r w:rsidRPr="00BB24FB">
        <w:rPr>
          <w:rFonts w:ascii="Aptos" w:eastAsia="Aptos" w:hAnsi="Aptos" w:cs="Aptos"/>
          <w:color w:val="7030A0"/>
        </w:rPr>
        <w:t>information disclosure template for all listings</w:t>
      </w:r>
      <w:r w:rsidR="00AD48BA" w:rsidRPr="00BB24FB">
        <w:rPr>
          <w:rFonts w:ascii="Aptos" w:eastAsia="Aptos" w:hAnsi="Aptos" w:cs="Aptos"/>
          <w:color w:val="7030A0"/>
        </w:rPr>
        <w:t>.</w:t>
      </w:r>
    </w:p>
    <w:p w14:paraId="6B57D1B0" w14:textId="7AF33B8B" w:rsidR="00F30F8B" w:rsidRPr="00BB24FB" w:rsidRDefault="00F30F8B" w:rsidP="00F30F8B">
      <w:pPr>
        <w:pStyle w:val="ListParagraph"/>
        <w:numPr>
          <w:ilvl w:val="0"/>
          <w:numId w:val="13"/>
        </w:numPr>
        <w:rPr>
          <w:rFonts w:ascii="Aptos" w:eastAsia="Aptos" w:hAnsi="Aptos" w:cs="Aptos"/>
          <w:color w:val="7030A0"/>
        </w:rPr>
      </w:pPr>
      <w:r w:rsidRPr="00BB24FB">
        <w:rPr>
          <w:rFonts w:ascii="Aptos" w:eastAsia="Aptos" w:hAnsi="Aptos" w:cs="Aptos"/>
          <w:color w:val="7030A0"/>
        </w:rPr>
        <w:t>Provide digital infrastructure and data access tools (</w:t>
      </w:r>
      <w:r w:rsidR="00AD48BA" w:rsidRPr="00BB24FB">
        <w:rPr>
          <w:rFonts w:ascii="Aptos" w:eastAsia="Aptos" w:hAnsi="Aptos" w:cs="Aptos"/>
          <w:color w:val="7030A0"/>
        </w:rPr>
        <w:t>for example</w:t>
      </w:r>
      <w:r w:rsidRPr="00BB24FB">
        <w:rPr>
          <w:rFonts w:ascii="Aptos" w:eastAsia="Aptos" w:hAnsi="Aptos" w:cs="Aptos"/>
          <w:color w:val="7030A0"/>
        </w:rPr>
        <w:t>, Land Registry and planning APIs) to help agents obtain verified information</w:t>
      </w:r>
      <w:r w:rsidR="00AD48BA" w:rsidRPr="00BB24FB">
        <w:rPr>
          <w:rFonts w:ascii="Aptos" w:eastAsia="Aptos" w:hAnsi="Aptos" w:cs="Aptos"/>
          <w:color w:val="7030A0"/>
        </w:rPr>
        <w:t>.</w:t>
      </w:r>
    </w:p>
    <w:p w14:paraId="602BA2C6" w14:textId="60405049" w:rsidR="00F30F8B" w:rsidRPr="00BB24FB" w:rsidRDefault="00F30F8B" w:rsidP="00F30F8B">
      <w:pPr>
        <w:pStyle w:val="ListParagraph"/>
        <w:numPr>
          <w:ilvl w:val="0"/>
          <w:numId w:val="13"/>
        </w:numPr>
        <w:rPr>
          <w:rFonts w:ascii="Aptos" w:eastAsia="Aptos" w:hAnsi="Aptos" w:cs="Aptos"/>
          <w:color w:val="7030A0"/>
        </w:rPr>
      </w:pPr>
      <w:r w:rsidRPr="00BB24FB">
        <w:rPr>
          <w:rFonts w:ascii="Aptos" w:eastAsia="Aptos" w:hAnsi="Aptos" w:cs="Aptos"/>
          <w:color w:val="7030A0"/>
        </w:rPr>
        <w:t>Issue formal evidential standards specifying what documents or checks are required for each disclosure</w:t>
      </w:r>
      <w:r w:rsidR="00AD48BA" w:rsidRPr="00BB24FB">
        <w:rPr>
          <w:rFonts w:ascii="Aptos" w:eastAsia="Aptos" w:hAnsi="Aptos" w:cs="Aptos"/>
          <w:color w:val="7030A0"/>
        </w:rPr>
        <w:t>.</w:t>
      </w:r>
    </w:p>
    <w:p w14:paraId="4F05BB89" w14:textId="1E54E60D" w:rsidR="00F30F8B" w:rsidRPr="00BB24FB" w:rsidRDefault="00F30F8B" w:rsidP="00F30F8B">
      <w:pPr>
        <w:pStyle w:val="ListParagraph"/>
        <w:numPr>
          <w:ilvl w:val="0"/>
          <w:numId w:val="13"/>
        </w:numPr>
        <w:rPr>
          <w:rFonts w:ascii="Aptos" w:eastAsia="Aptos" w:hAnsi="Aptos" w:cs="Aptos"/>
          <w:color w:val="7030A0"/>
        </w:rPr>
      </w:pPr>
      <w:r w:rsidRPr="00BB24FB">
        <w:rPr>
          <w:rFonts w:ascii="Aptos" w:eastAsia="Aptos" w:hAnsi="Aptos" w:cs="Aptos"/>
          <w:color w:val="7030A0"/>
        </w:rPr>
        <w:t>Establish a clear enforcement and compliance regime, including audits and penalties for non-compliance</w:t>
      </w:r>
      <w:r w:rsidR="00AD48BA" w:rsidRPr="00BB24FB">
        <w:rPr>
          <w:rFonts w:ascii="Aptos" w:eastAsia="Aptos" w:hAnsi="Aptos" w:cs="Aptos"/>
          <w:color w:val="7030A0"/>
        </w:rPr>
        <w:t>.</w:t>
      </w:r>
    </w:p>
    <w:p w14:paraId="6964BB09" w14:textId="3A0A38EB" w:rsidR="00F30F8B" w:rsidRPr="00BB24FB" w:rsidRDefault="00F30F8B" w:rsidP="00F30F8B">
      <w:pPr>
        <w:pStyle w:val="ListParagraph"/>
        <w:numPr>
          <w:ilvl w:val="0"/>
          <w:numId w:val="13"/>
        </w:numPr>
        <w:rPr>
          <w:rFonts w:ascii="Aptos" w:eastAsia="Aptos" w:hAnsi="Aptos" w:cs="Aptos"/>
          <w:color w:val="7030A0"/>
        </w:rPr>
      </w:pPr>
      <w:r w:rsidRPr="00BB24FB">
        <w:rPr>
          <w:rFonts w:ascii="Aptos" w:eastAsia="Aptos" w:hAnsi="Aptos" w:cs="Aptos"/>
          <w:color w:val="7030A0"/>
        </w:rPr>
        <w:t>Launch a public education campaign to ensure consumers understand what information they should expect at listing stage</w:t>
      </w:r>
      <w:r w:rsidR="00AD48BA" w:rsidRPr="00BB24FB">
        <w:rPr>
          <w:rFonts w:ascii="Aptos" w:eastAsia="Aptos" w:hAnsi="Aptos" w:cs="Aptos"/>
          <w:color w:val="7030A0"/>
        </w:rPr>
        <w:t>.</w:t>
      </w:r>
    </w:p>
    <w:p w14:paraId="69C0FE99" w14:textId="3A0BC8B8" w:rsidR="00BB24FB" w:rsidRPr="00BB24FB" w:rsidRDefault="00BB24FB" w:rsidP="00BB24FB">
      <w:pPr>
        <w:pStyle w:val="ListParagraph"/>
        <w:numPr>
          <w:ilvl w:val="0"/>
          <w:numId w:val="13"/>
        </w:numPr>
        <w:spacing w:before="240" w:after="240"/>
        <w:jc w:val="both"/>
        <w:rPr>
          <w:rFonts w:ascii="Aptos" w:hAnsi="Aptos"/>
          <w:iCs/>
          <w:color w:val="7030A0"/>
        </w:rPr>
      </w:pPr>
      <w:r w:rsidRPr="00BB24FB">
        <w:rPr>
          <w:rFonts w:ascii="Aptos" w:hAnsi="Aptos"/>
          <w:iCs/>
          <w:color w:val="7030A0"/>
        </w:rPr>
        <w:t xml:space="preserve">Any changes identified through the </w:t>
      </w:r>
      <w:proofErr w:type="gramStart"/>
      <w:r w:rsidRPr="00BB24FB">
        <w:rPr>
          <w:rFonts w:ascii="Aptos" w:hAnsi="Aptos"/>
          <w:iCs/>
          <w:color w:val="7030A0"/>
        </w:rPr>
        <w:t>consultation,</w:t>
      </w:r>
      <w:proofErr w:type="gramEnd"/>
      <w:r w:rsidRPr="00BB24FB">
        <w:rPr>
          <w:rFonts w:ascii="Aptos" w:hAnsi="Aptos"/>
          <w:iCs/>
          <w:color w:val="7030A0"/>
        </w:rPr>
        <w:t xml:space="preserve"> will have a profound impact on insurance, and will need to be reviewed with the insurers ahead of implementation.</w:t>
      </w:r>
    </w:p>
    <w:p w14:paraId="3C52D1A4" w14:textId="77777777" w:rsidR="00BB24FB" w:rsidRDefault="00BB24FB">
      <w:pPr>
        <w:rPr>
          <w:rFonts w:ascii="Aptos" w:eastAsia="Calibri" w:hAnsi="Aptos" w:cs="Calibri"/>
          <w:b/>
          <w:bCs/>
          <w:color w:val="4F81BD"/>
          <w:szCs w:val="26"/>
        </w:rPr>
      </w:pPr>
      <w:r>
        <w:rPr>
          <w:rFonts w:ascii="Aptos" w:hAnsi="Aptos"/>
        </w:rPr>
        <w:br w:type="page"/>
      </w:r>
    </w:p>
    <w:p w14:paraId="1C9B4EEB" w14:textId="2B000F2C" w:rsidR="00201521" w:rsidRPr="00EF6A89" w:rsidRDefault="00000000" w:rsidP="00BA67DB">
      <w:pPr>
        <w:pStyle w:val="Heading2"/>
        <w:rPr>
          <w:rFonts w:ascii="Aptos" w:hAnsi="Aptos"/>
          <w:sz w:val="22"/>
        </w:rPr>
      </w:pPr>
      <w:r w:rsidRPr="00EF6A89">
        <w:rPr>
          <w:rFonts w:ascii="Aptos" w:hAnsi="Aptos"/>
          <w:sz w:val="22"/>
        </w:rPr>
        <w:t>Question 7</w:t>
      </w:r>
    </w:p>
    <w:p w14:paraId="0D2F57D0" w14:textId="77777777" w:rsidR="00201521" w:rsidRDefault="00000000">
      <w:pPr>
        <w:rPr>
          <w:rFonts w:ascii="Aptos" w:eastAsia="Aptos" w:hAnsi="Aptos" w:cs="Aptos"/>
        </w:rPr>
      </w:pPr>
      <w:r>
        <w:rPr>
          <w:rFonts w:ascii="Aptos" w:eastAsia="Aptos" w:hAnsi="Aptos" w:cs="Aptos"/>
        </w:rPr>
        <w:t>What action would you like to see from other organisations or property professionals, and consumers, to support estate agents with their legal responsibilities regarding material information?</w:t>
      </w:r>
    </w:p>
    <w:p w14:paraId="6C4870DB" w14:textId="2A7C6B10" w:rsidR="00201521" w:rsidRDefault="00000000">
      <w:pPr>
        <w:rPr>
          <w:rFonts w:ascii="Aptos" w:eastAsia="Aptos" w:hAnsi="Aptos" w:cs="Aptos"/>
          <w:color w:val="7030A0"/>
        </w:rPr>
      </w:pPr>
      <w:r>
        <w:rPr>
          <w:rFonts w:ascii="Aptos" w:eastAsia="Aptos" w:hAnsi="Aptos" w:cs="Aptos"/>
          <w:color w:val="7030A0"/>
        </w:rPr>
        <w:t>Surveyors, conveyancers, and local authorities should collaborate via API-connected systems. Consumers should be encouraged to authorise data sharing from trusted sources (</w:t>
      </w:r>
      <w:r w:rsidR="00AD48BA">
        <w:rPr>
          <w:rFonts w:ascii="Aptos" w:eastAsia="Aptos" w:hAnsi="Aptos" w:cs="Aptos"/>
          <w:color w:val="7030A0"/>
        </w:rPr>
        <w:t>for example,</w:t>
      </w:r>
      <w:r>
        <w:rPr>
          <w:rFonts w:ascii="Aptos" w:eastAsia="Aptos" w:hAnsi="Aptos" w:cs="Aptos"/>
          <w:color w:val="7030A0"/>
        </w:rPr>
        <w:t xml:space="preserve"> HMLR, EPC, LLCR). Portals could act as compliant intermediaries verifying published information.</w:t>
      </w:r>
    </w:p>
    <w:p w14:paraId="321E8326" w14:textId="4E3ACB29" w:rsidR="00201521" w:rsidRDefault="00000000">
      <w:pPr>
        <w:rPr>
          <w:rFonts w:ascii="Aptos" w:eastAsia="Aptos" w:hAnsi="Aptos" w:cs="Aptos"/>
          <w:color w:val="7030A0"/>
        </w:rPr>
      </w:pPr>
      <w:r>
        <w:rPr>
          <w:rFonts w:ascii="Aptos" w:eastAsia="Aptos" w:hAnsi="Aptos" w:cs="Aptos"/>
          <w:color w:val="7030A0"/>
        </w:rPr>
        <w:t>Data should be accessible via digital property packs throughout the life cycle of the property, to enable stakeholders to access the relevant data based on the transactions related to the property, whether alteration, retrofit, refinancing, letting or sale.</w:t>
      </w:r>
    </w:p>
    <w:p w14:paraId="21502A2F" w14:textId="77777777" w:rsidR="00AD48BA" w:rsidRDefault="00000000">
      <w:pPr>
        <w:rPr>
          <w:rFonts w:ascii="Aptos" w:eastAsia="Aptos" w:hAnsi="Aptos" w:cs="Aptos"/>
          <w:color w:val="7030A0"/>
        </w:rPr>
      </w:pPr>
      <w:r>
        <w:rPr>
          <w:rFonts w:ascii="Aptos" w:eastAsia="Aptos" w:hAnsi="Aptos" w:cs="Aptos"/>
          <w:color w:val="7030A0"/>
        </w:rPr>
        <w:t xml:space="preserve">Conveyancers should encourage the seller to instruct them before selling a property so they can gather the information, and condition specialists should inspect the property, and identify the material information relevant to the property quickly and efficiently to support the legal marketing of the property.  </w:t>
      </w:r>
    </w:p>
    <w:p w14:paraId="579A1528" w14:textId="3DC74934" w:rsidR="00201521" w:rsidRDefault="00000000">
      <w:pPr>
        <w:rPr>
          <w:rFonts w:ascii="Aptos" w:eastAsia="Aptos" w:hAnsi="Aptos" w:cs="Aptos"/>
          <w:color w:val="7030A0"/>
        </w:rPr>
      </w:pPr>
      <w:r>
        <w:rPr>
          <w:rFonts w:ascii="Aptos" w:eastAsia="Aptos" w:hAnsi="Aptos" w:cs="Aptos"/>
          <w:color w:val="7030A0"/>
        </w:rPr>
        <w:t>Buyer’s conveyancing lawyers should accept the upfront information provided by the seller's conveyancing lawyer, only updating it where it is out of date or does not carry an indemnity or insurance that covers anyone relying on the information.</w:t>
      </w:r>
    </w:p>
    <w:p w14:paraId="50F62EA0" w14:textId="41A78D49" w:rsidR="00611116" w:rsidRDefault="00000000">
      <w:pPr>
        <w:rPr>
          <w:rFonts w:ascii="Aptos" w:eastAsia="Aptos" w:hAnsi="Aptos" w:cs="Aptos"/>
          <w:color w:val="7030A0"/>
        </w:rPr>
      </w:pPr>
      <w:r>
        <w:rPr>
          <w:rFonts w:ascii="Aptos" w:eastAsia="Aptos" w:hAnsi="Aptos" w:cs="Aptos"/>
          <w:color w:val="7030A0"/>
        </w:rPr>
        <w:t>The work involved should be charged for</w:t>
      </w:r>
      <w:r w:rsidR="00AD48BA">
        <w:rPr>
          <w:rFonts w:ascii="Aptos" w:eastAsia="Aptos" w:hAnsi="Aptos" w:cs="Aptos"/>
          <w:color w:val="7030A0"/>
        </w:rPr>
        <w:t xml:space="preserve">, </w:t>
      </w:r>
      <w:r>
        <w:rPr>
          <w:rFonts w:ascii="Aptos" w:eastAsia="Aptos" w:hAnsi="Aptos" w:cs="Aptos"/>
          <w:color w:val="7030A0"/>
        </w:rPr>
        <w:t xml:space="preserve">and </w:t>
      </w:r>
      <w:proofErr w:type="gramStart"/>
      <w:r>
        <w:rPr>
          <w:rFonts w:ascii="Aptos" w:eastAsia="Aptos" w:hAnsi="Aptos" w:cs="Aptos"/>
          <w:color w:val="7030A0"/>
        </w:rPr>
        <w:t>reflected</w:t>
      </w:r>
      <w:r w:rsidR="00AD48BA">
        <w:rPr>
          <w:rFonts w:ascii="Aptos" w:eastAsia="Aptos" w:hAnsi="Aptos" w:cs="Aptos"/>
          <w:color w:val="7030A0"/>
        </w:rPr>
        <w:t>,</w:t>
      </w:r>
      <w:proofErr w:type="gramEnd"/>
      <w:r>
        <w:rPr>
          <w:rFonts w:ascii="Aptos" w:eastAsia="Aptos" w:hAnsi="Aptos" w:cs="Aptos"/>
          <w:color w:val="7030A0"/>
        </w:rPr>
        <w:t xml:space="preserve"> appropriately in the cost of the ongoing work involved in the conveyance of the title to the buyer. Conveyancing lawyers will need to recoup the development of their systems and staff training.</w:t>
      </w:r>
      <w:r w:rsidR="00611116">
        <w:rPr>
          <w:rFonts w:ascii="Aptos" w:eastAsia="Aptos" w:hAnsi="Aptos" w:cs="Aptos"/>
          <w:color w:val="7030A0"/>
        </w:rPr>
        <w:t xml:space="preserve"> </w:t>
      </w:r>
      <w:r>
        <w:rPr>
          <w:rFonts w:ascii="Aptos" w:eastAsia="Aptos" w:hAnsi="Aptos" w:cs="Aptos"/>
          <w:color w:val="7030A0"/>
        </w:rPr>
        <w:t xml:space="preserve">This is especially important because not all upfront work will be covered by a reduction in the time spent </w:t>
      </w:r>
      <w:proofErr w:type="gramStart"/>
      <w:r>
        <w:rPr>
          <w:rFonts w:ascii="Aptos" w:eastAsia="Aptos" w:hAnsi="Aptos" w:cs="Aptos"/>
          <w:color w:val="7030A0"/>
        </w:rPr>
        <w:t>in</w:t>
      </w:r>
      <w:proofErr w:type="gramEnd"/>
      <w:r>
        <w:rPr>
          <w:rFonts w:ascii="Aptos" w:eastAsia="Aptos" w:hAnsi="Aptos" w:cs="Aptos"/>
          <w:color w:val="7030A0"/>
        </w:rPr>
        <w:t xml:space="preserve"> title checking.</w:t>
      </w:r>
      <w:r w:rsidR="00611116">
        <w:rPr>
          <w:rFonts w:ascii="Aptos" w:eastAsia="Aptos" w:hAnsi="Aptos" w:cs="Aptos"/>
          <w:color w:val="7030A0"/>
        </w:rPr>
        <w:t xml:space="preserve"> </w:t>
      </w:r>
      <w:r>
        <w:rPr>
          <w:rFonts w:ascii="Aptos" w:eastAsia="Aptos" w:hAnsi="Aptos" w:cs="Aptos"/>
          <w:color w:val="7030A0"/>
        </w:rPr>
        <w:t xml:space="preserve">The upfront work </w:t>
      </w:r>
      <w:r w:rsidR="00611116">
        <w:rPr>
          <w:rFonts w:ascii="Aptos" w:eastAsia="Aptos" w:hAnsi="Aptos" w:cs="Aptos"/>
          <w:color w:val="7030A0"/>
        </w:rPr>
        <w:t>should</w:t>
      </w:r>
      <w:r>
        <w:rPr>
          <w:rFonts w:ascii="Aptos" w:eastAsia="Aptos" w:hAnsi="Aptos" w:cs="Aptos"/>
          <w:color w:val="7030A0"/>
        </w:rPr>
        <w:t xml:space="preserve"> be clearly costed.</w:t>
      </w:r>
    </w:p>
    <w:p w14:paraId="23F17E32" w14:textId="77777777" w:rsidR="00CA2D67" w:rsidRDefault="00CA2D67" w:rsidP="00CA2D67">
      <w:pPr>
        <w:pStyle w:val="Heading2"/>
      </w:pPr>
      <w:bookmarkStart w:id="2" w:name="_Toc215489310"/>
      <w:r>
        <w:t>C. What should be considered MI?</w:t>
      </w:r>
      <w:bookmarkEnd w:id="2"/>
    </w:p>
    <w:p w14:paraId="4D2A7CE4" w14:textId="3047E3AD" w:rsidR="00201521" w:rsidRDefault="00000000">
      <w:pPr>
        <w:rPr>
          <w:rFonts w:ascii="Aptos" w:eastAsia="Aptos" w:hAnsi="Aptos" w:cs="Aptos"/>
        </w:rPr>
      </w:pPr>
      <w:r>
        <w:rPr>
          <w:rFonts w:ascii="Aptos" w:eastAsia="Aptos" w:hAnsi="Aptos" w:cs="Aptos"/>
        </w:rPr>
        <w:t>Question 8</w:t>
      </w:r>
    </w:p>
    <w:p w14:paraId="72061D1A" w14:textId="77777777" w:rsidR="00201521" w:rsidRDefault="00000000">
      <w:pPr>
        <w:rPr>
          <w:rFonts w:ascii="Aptos" w:eastAsia="Aptos" w:hAnsi="Aptos" w:cs="Aptos"/>
        </w:rPr>
      </w:pPr>
      <w:r>
        <w:rPr>
          <w:rFonts w:ascii="Aptos" w:eastAsia="Aptos" w:hAnsi="Aptos" w:cs="Aptos"/>
        </w:rPr>
        <w:t>What information categories do you think should be included in guidance as things that would likely be considered material information?</w:t>
      </w:r>
    </w:p>
    <w:p w14:paraId="6F976C52" w14:textId="77777777" w:rsidR="00201521" w:rsidRDefault="00000000">
      <w:pPr>
        <w:rPr>
          <w:rFonts w:ascii="Aptos" w:eastAsia="Aptos" w:hAnsi="Aptos" w:cs="Aptos"/>
        </w:rPr>
      </w:pPr>
      <w:r>
        <w:rPr>
          <w:rFonts w:ascii="Aptos" w:eastAsia="Aptos" w:hAnsi="Aptos" w:cs="Aptos"/>
        </w:rPr>
        <w:t>The list below shows categories that we think may be considered material information, based on previous guidance and engagement with industry stakeholders:</w:t>
      </w:r>
    </w:p>
    <w:p w14:paraId="1F238BFD"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price</w:t>
      </w:r>
    </w:p>
    <w:p w14:paraId="31BE28AD"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council tax and domestic rates</w:t>
      </w:r>
    </w:p>
    <w:p w14:paraId="672B3E6D"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tenure, including time remaining on lease (if applicable)</w:t>
      </w:r>
    </w:p>
    <w:p w14:paraId="0106C3AD"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ground rent or service charges (if applicable)</w:t>
      </w:r>
    </w:p>
    <w:p w14:paraId="7B8D82C9"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electricity supply</w:t>
      </w:r>
    </w:p>
    <w:p w14:paraId="7EDF4909"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water supply</w:t>
      </w:r>
    </w:p>
    <w:p w14:paraId="5701D8ED" w14:textId="77777777" w:rsidR="00201521" w:rsidRDefault="00000000" w:rsidP="00BB24FB">
      <w:pPr>
        <w:numPr>
          <w:ilvl w:val="0"/>
          <w:numId w:val="1"/>
        </w:numPr>
        <w:spacing w:after="0" w:line="240" w:lineRule="auto"/>
        <w:rPr>
          <w:rFonts w:ascii="Aptos" w:eastAsia="Aptos" w:hAnsi="Aptos" w:cs="Aptos"/>
        </w:rPr>
      </w:pPr>
      <w:proofErr w:type="gramStart"/>
      <w:r>
        <w:rPr>
          <w:rFonts w:ascii="Aptos" w:eastAsia="Aptos" w:hAnsi="Aptos" w:cs="Aptos"/>
        </w:rPr>
        <w:t>sewerage</w:t>
      </w:r>
      <w:proofErr w:type="gramEnd"/>
    </w:p>
    <w:p w14:paraId="7CEBE345"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heating type</w:t>
      </w:r>
    </w:p>
    <w:p w14:paraId="007AD2D8"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broadband</w:t>
      </w:r>
    </w:p>
    <w:p w14:paraId="02F756DA"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mobile signal and coverage</w:t>
      </w:r>
    </w:p>
    <w:p w14:paraId="65CBAD61"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property type (for example, terraced, detached)</w:t>
      </w:r>
    </w:p>
    <w:p w14:paraId="51C752D1"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number and types of room</w:t>
      </w:r>
    </w:p>
    <w:p w14:paraId="66C0EEB8"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parking</w:t>
      </w:r>
    </w:p>
    <w:p w14:paraId="1292FE09"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accessibility and adaptations</w:t>
      </w:r>
    </w:p>
    <w:p w14:paraId="2C28560B" w14:textId="77777777" w:rsidR="00201521" w:rsidRDefault="00000000" w:rsidP="00BB24FB">
      <w:pPr>
        <w:numPr>
          <w:ilvl w:val="0"/>
          <w:numId w:val="1"/>
        </w:numPr>
        <w:spacing w:after="0" w:line="240" w:lineRule="auto"/>
        <w:rPr>
          <w:rFonts w:ascii="Aptos" w:eastAsia="Aptos" w:hAnsi="Aptos" w:cs="Aptos"/>
        </w:rPr>
      </w:pPr>
      <w:proofErr w:type="gramStart"/>
      <w:r>
        <w:rPr>
          <w:rFonts w:ascii="Aptos" w:eastAsia="Aptos" w:hAnsi="Aptos" w:cs="Aptos"/>
        </w:rPr>
        <w:t>rights</w:t>
      </w:r>
      <w:proofErr w:type="gramEnd"/>
      <w:r>
        <w:rPr>
          <w:rFonts w:ascii="Aptos" w:eastAsia="Aptos" w:hAnsi="Aptos" w:cs="Aptos"/>
        </w:rPr>
        <w:t xml:space="preserve"> and </w:t>
      </w:r>
      <w:proofErr w:type="gramStart"/>
      <w:r>
        <w:rPr>
          <w:rFonts w:ascii="Aptos" w:eastAsia="Aptos" w:hAnsi="Aptos" w:cs="Aptos"/>
        </w:rPr>
        <w:t>easements</w:t>
      </w:r>
      <w:proofErr w:type="gramEnd"/>
    </w:p>
    <w:p w14:paraId="2279B55F"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flood risk</w:t>
      </w:r>
    </w:p>
    <w:p w14:paraId="322FBB07"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property construction (for example, standard, thatched roof, prefabricated)</w:t>
      </w:r>
    </w:p>
    <w:p w14:paraId="6C26DA40"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issues with property (for example, damp, subsidence, asbestos, Japanese knotweed)</w:t>
      </w:r>
    </w:p>
    <w:p w14:paraId="298FB9DE"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building safety defects, including fire and structural risk modifications</w:t>
      </w:r>
    </w:p>
    <w:p w14:paraId="09DA53CA"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restrictions (for example, listed property, conservation area, restrictions on usage)</w:t>
      </w:r>
    </w:p>
    <w:p w14:paraId="17CD3391"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coastal erosion</w:t>
      </w:r>
    </w:p>
    <w:p w14:paraId="36400A95" w14:textId="77777777" w:rsidR="00201521" w:rsidRDefault="00000000" w:rsidP="00BB24FB">
      <w:pPr>
        <w:numPr>
          <w:ilvl w:val="0"/>
          <w:numId w:val="1"/>
        </w:numPr>
        <w:spacing w:after="0" w:line="240" w:lineRule="auto"/>
        <w:rPr>
          <w:rFonts w:ascii="Aptos" w:eastAsia="Aptos" w:hAnsi="Aptos" w:cs="Aptos"/>
        </w:rPr>
      </w:pPr>
      <w:proofErr w:type="gramStart"/>
      <w:r>
        <w:rPr>
          <w:rFonts w:ascii="Aptos" w:eastAsia="Aptos" w:hAnsi="Aptos" w:cs="Aptos"/>
        </w:rPr>
        <w:t>planning permission</w:t>
      </w:r>
      <w:proofErr w:type="gramEnd"/>
    </w:p>
    <w:p w14:paraId="51E2C5DA"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coalfield or mining area</w:t>
      </w:r>
    </w:p>
    <w:p w14:paraId="03CD203B" w14:textId="77777777" w:rsidR="00201521" w:rsidRDefault="00000000" w:rsidP="00BB24FB">
      <w:pPr>
        <w:numPr>
          <w:ilvl w:val="0"/>
          <w:numId w:val="1"/>
        </w:numPr>
        <w:spacing w:after="0" w:line="240" w:lineRule="auto"/>
        <w:rPr>
          <w:rFonts w:ascii="Aptos" w:eastAsia="Aptos" w:hAnsi="Aptos" w:cs="Aptos"/>
        </w:rPr>
      </w:pPr>
      <w:r>
        <w:rPr>
          <w:rFonts w:ascii="Aptos" w:eastAsia="Aptos" w:hAnsi="Aptos" w:cs="Aptos"/>
        </w:rPr>
        <w:t>any other category</w:t>
      </w:r>
    </w:p>
    <w:p w14:paraId="4D7FDA4F" w14:textId="77777777" w:rsidR="00BB24FB" w:rsidRDefault="00BB24FB" w:rsidP="00BB24FB">
      <w:pPr>
        <w:spacing w:after="0" w:line="240" w:lineRule="auto"/>
        <w:ind w:left="720"/>
        <w:rPr>
          <w:rFonts w:ascii="Aptos" w:eastAsia="Aptos" w:hAnsi="Aptos" w:cs="Aptos"/>
        </w:rPr>
      </w:pPr>
    </w:p>
    <w:p w14:paraId="6F5A175A" w14:textId="445B56B2" w:rsidR="00201521" w:rsidRDefault="00000000">
      <w:pPr>
        <w:rPr>
          <w:rFonts w:ascii="Aptos" w:eastAsia="Aptos" w:hAnsi="Aptos" w:cs="Aptos"/>
          <w:color w:val="7030A0"/>
        </w:rPr>
      </w:pPr>
      <w:r>
        <w:rPr>
          <w:rFonts w:ascii="Aptos" w:eastAsia="Aptos" w:hAnsi="Aptos" w:cs="Aptos"/>
          <w:color w:val="7030A0"/>
        </w:rPr>
        <w:t>The categories listed are appropriate and reflect the issues currently advised on by regulated</w:t>
      </w:r>
      <w:r w:rsidR="00AD48BA">
        <w:rPr>
          <w:rFonts w:ascii="Aptos" w:eastAsia="Aptos" w:hAnsi="Aptos" w:cs="Aptos"/>
          <w:color w:val="7030A0"/>
        </w:rPr>
        <w:t>,</w:t>
      </w:r>
      <w:r>
        <w:rPr>
          <w:rFonts w:ascii="Aptos" w:eastAsia="Aptos" w:hAnsi="Aptos" w:cs="Aptos"/>
          <w:color w:val="7030A0"/>
        </w:rPr>
        <w:t xml:space="preserve"> qualified professionals to buyers and lenders. However, flood risk will not be material to the average consumer as each will have their own level of tolerance </w:t>
      </w:r>
      <w:proofErr w:type="gramStart"/>
      <w:r>
        <w:rPr>
          <w:rFonts w:ascii="Aptos" w:eastAsia="Aptos" w:hAnsi="Aptos" w:cs="Aptos"/>
          <w:color w:val="7030A0"/>
        </w:rPr>
        <w:t>to</w:t>
      </w:r>
      <w:proofErr w:type="gramEnd"/>
      <w:r>
        <w:rPr>
          <w:rFonts w:ascii="Aptos" w:eastAsia="Aptos" w:hAnsi="Aptos" w:cs="Aptos"/>
          <w:color w:val="7030A0"/>
        </w:rPr>
        <w:t xml:space="preserve"> risk. Past flooding which has occurred within the last </w:t>
      </w:r>
      <w:r w:rsidR="00AD48BA">
        <w:rPr>
          <w:rFonts w:ascii="Aptos" w:eastAsia="Aptos" w:hAnsi="Aptos" w:cs="Aptos"/>
          <w:color w:val="7030A0"/>
        </w:rPr>
        <w:t>five</w:t>
      </w:r>
      <w:r>
        <w:rPr>
          <w:rFonts w:ascii="Aptos" w:eastAsia="Aptos" w:hAnsi="Aptos" w:cs="Aptos"/>
          <w:color w:val="7030A0"/>
        </w:rPr>
        <w:t xml:space="preserve"> years will be material to the average consumer.</w:t>
      </w:r>
    </w:p>
    <w:p w14:paraId="6E3EC011" w14:textId="0ED8E456" w:rsidR="00201521" w:rsidRDefault="00000000">
      <w:pPr>
        <w:rPr>
          <w:rFonts w:ascii="Aptos" w:eastAsia="Aptos" w:hAnsi="Aptos" w:cs="Aptos"/>
          <w:color w:val="7030A0"/>
        </w:rPr>
      </w:pPr>
      <w:r>
        <w:rPr>
          <w:rFonts w:ascii="Aptos" w:eastAsia="Aptos" w:hAnsi="Aptos" w:cs="Aptos"/>
          <w:color w:val="7030A0"/>
        </w:rPr>
        <w:t>Other factors to note are locality dependent, for example</w:t>
      </w:r>
      <w:r w:rsidR="00AD48BA">
        <w:rPr>
          <w:rFonts w:ascii="Aptos" w:eastAsia="Aptos" w:hAnsi="Aptos" w:cs="Aptos"/>
          <w:color w:val="7030A0"/>
        </w:rPr>
        <w:t>,</w:t>
      </w:r>
      <w:r>
        <w:rPr>
          <w:rFonts w:ascii="Aptos" w:eastAsia="Aptos" w:hAnsi="Aptos" w:cs="Aptos"/>
          <w:color w:val="7030A0"/>
        </w:rPr>
        <w:t xml:space="preserve"> geology like soluble rock which creates sink holes and man</w:t>
      </w:r>
      <w:r w:rsidR="00AD48BA">
        <w:rPr>
          <w:rFonts w:ascii="Aptos" w:eastAsia="Aptos" w:hAnsi="Aptos" w:cs="Aptos"/>
          <w:color w:val="7030A0"/>
        </w:rPr>
        <w:t>-</w:t>
      </w:r>
      <w:r>
        <w:rPr>
          <w:rFonts w:ascii="Aptos" w:eastAsia="Aptos" w:hAnsi="Aptos" w:cs="Aptos"/>
          <w:color w:val="7030A0"/>
        </w:rPr>
        <w:t xml:space="preserve">made issues like Williamsons Tunnels in Liverpool and wind turbines. However, the guidance will need to be tightly restricted to ensure commercial organisations do not create products searching for things that would not be </w:t>
      </w:r>
      <w:r w:rsidR="00611116">
        <w:rPr>
          <w:rFonts w:ascii="Aptos" w:eastAsia="Aptos" w:hAnsi="Aptos" w:cs="Aptos"/>
          <w:color w:val="7030A0"/>
        </w:rPr>
        <w:t>m</w:t>
      </w:r>
      <w:r>
        <w:rPr>
          <w:rFonts w:ascii="Aptos" w:eastAsia="Aptos" w:hAnsi="Aptos" w:cs="Aptos"/>
          <w:color w:val="7030A0"/>
        </w:rPr>
        <w:t xml:space="preserve">aterial </w:t>
      </w:r>
      <w:proofErr w:type="gramStart"/>
      <w:r>
        <w:rPr>
          <w:rFonts w:ascii="Aptos" w:eastAsia="Aptos" w:hAnsi="Aptos" w:cs="Aptos"/>
          <w:color w:val="7030A0"/>
        </w:rPr>
        <w:t>to</w:t>
      </w:r>
      <w:proofErr w:type="gramEnd"/>
      <w:r>
        <w:rPr>
          <w:rFonts w:ascii="Aptos" w:eastAsia="Aptos" w:hAnsi="Aptos" w:cs="Aptos"/>
          <w:color w:val="7030A0"/>
        </w:rPr>
        <w:t xml:space="preserve"> the average consumer.</w:t>
      </w:r>
    </w:p>
    <w:p w14:paraId="785B4D6D" w14:textId="77777777" w:rsidR="00201521" w:rsidRPr="00EF6A89" w:rsidRDefault="00000000" w:rsidP="00EF6A89">
      <w:pPr>
        <w:pStyle w:val="Heading2"/>
        <w:rPr>
          <w:rFonts w:ascii="Aptos" w:hAnsi="Aptos"/>
          <w:sz w:val="22"/>
        </w:rPr>
      </w:pPr>
      <w:r w:rsidRPr="00EF6A89">
        <w:rPr>
          <w:rFonts w:ascii="Aptos" w:hAnsi="Aptos"/>
          <w:sz w:val="22"/>
        </w:rPr>
        <w:t>Question 9</w:t>
      </w:r>
    </w:p>
    <w:p w14:paraId="61B6352C" w14:textId="77777777" w:rsidR="00201521" w:rsidRDefault="00000000">
      <w:pPr>
        <w:rPr>
          <w:rFonts w:ascii="Aptos" w:eastAsia="Aptos" w:hAnsi="Aptos" w:cs="Aptos"/>
        </w:rPr>
      </w:pPr>
      <w:r>
        <w:rPr>
          <w:rFonts w:ascii="Aptos" w:eastAsia="Aptos" w:hAnsi="Aptos" w:cs="Aptos"/>
        </w:rPr>
        <w:t>Are there any information categories you want to highlight as data you would not consider material information? If so, why would you not consider it material information? </w:t>
      </w:r>
    </w:p>
    <w:p w14:paraId="2622CC73" w14:textId="7EE5E579" w:rsidR="00201521" w:rsidRDefault="00000000">
      <w:pPr>
        <w:rPr>
          <w:rFonts w:ascii="Aptos" w:eastAsia="Aptos" w:hAnsi="Aptos" w:cs="Aptos"/>
          <w:color w:val="7030A0"/>
        </w:rPr>
      </w:pPr>
      <w:r>
        <w:rPr>
          <w:rFonts w:ascii="Aptos" w:eastAsia="Aptos" w:hAnsi="Aptos" w:cs="Aptos"/>
          <w:color w:val="7030A0"/>
        </w:rPr>
        <w:t xml:space="preserve">Marketing descriptors such as décor style or subjective 'neighbourhood feel' are not material. Material information must be verifiable, relevant, and measurable. </w:t>
      </w:r>
      <w:r w:rsidR="00AD48BA">
        <w:rPr>
          <w:rFonts w:ascii="Aptos" w:eastAsia="Aptos" w:hAnsi="Aptos" w:cs="Aptos"/>
          <w:color w:val="7030A0"/>
        </w:rPr>
        <w:t>‘</w:t>
      </w:r>
      <w:r>
        <w:rPr>
          <w:rFonts w:ascii="Aptos" w:eastAsia="Aptos" w:hAnsi="Aptos" w:cs="Aptos"/>
          <w:color w:val="7030A0"/>
        </w:rPr>
        <w:t>Risk</w:t>
      </w:r>
      <w:r w:rsidR="00AD48BA">
        <w:rPr>
          <w:rFonts w:ascii="Aptos" w:eastAsia="Aptos" w:hAnsi="Aptos" w:cs="Aptos"/>
          <w:color w:val="7030A0"/>
        </w:rPr>
        <w:t>’</w:t>
      </w:r>
      <w:r>
        <w:rPr>
          <w:rFonts w:ascii="Aptos" w:eastAsia="Aptos" w:hAnsi="Aptos" w:cs="Aptos"/>
          <w:color w:val="7030A0"/>
        </w:rPr>
        <w:t xml:space="preserve"> is not definitive as there is always a </w:t>
      </w:r>
      <w:r w:rsidR="00AD48BA">
        <w:rPr>
          <w:rFonts w:ascii="Aptos" w:eastAsia="Aptos" w:hAnsi="Aptos" w:cs="Aptos"/>
          <w:color w:val="7030A0"/>
        </w:rPr>
        <w:t>‘</w:t>
      </w:r>
      <w:r>
        <w:rPr>
          <w:rFonts w:ascii="Aptos" w:eastAsia="Aptos" w:hAnsi="Aptos" w:cs="Aptos"/>
          <w:color w:val="7030A0"/>
        </w:rPr>
        <w:t>risk</w:t>
      </w:r>
      <w:r w:rsidR="00AD48BA">
        <w:rPr>
          <w:rFonts w:ascii="Aptos" w:eastAsia="Aptos" w:hAnsi="Aptos" w:cs="Aptos"/>
          <w:color w:val="7030A0"/>
        </w:rPr>
        <w:t>’</w:t>
      </w:r>
      <w:r>
        <w:rPr>
          <w:rFonts w:ascii="Aptos" w:eastAsia="Aptos" w:hAnsi="Aptos" w:cs="Aptos"/>
          <w:color w:val="7030A0"/>
        </w:rPr>
        <w:t xml:space="preserve"> though it may be very, very small.</w:t>
      </w:r>
    </w:p>
    <w:p w14:paraId="200A2E19" w14:textId="77777777" w:rsidR="00201521" w:rsidRDefault="00000000">
      <w:pPr>
        <w:rPr>
          <w:rFonts w:ascii="Aptos" w:eastAsia="Aptos" w:hAnsi="Aptos" w:cs="Aptos"/>
          <w:color w:val="7030A0"/>
        </w:rPr>
      </w:pPr>
      <w:r>
        <w:rPr>
          <w:rFonts w:ascii="Aptos" w:eastAsia="Aptos" w:hAnsi="Aptos" w:cs="Aptos"/>
          <w:color w:val="7030A0"/>
        </w:rPr>
        <w:t xml:space="preserve">The principle should be to focus on </w:t>
      </w:r>
      <w:proofErr w:type="gramStart"/>
      <w:r>
        <w:rPr>
          <w:rFonts w:ascii="Aptos" w:eastAsia="Aptos" w:hAnsi="Aptos" w:cs="Aptos"/>
          <w:color w:val="7030A0"/>
        </w:rPr>
        <w:t>information</w:t>
      </w:r>
      <w:proofErr w:type="gramEnd"/>
      <w:r>
        <w:rPr>
          <w:rFonts w:ascii="Aptos" w:eastAsia="Aptos" w:hAnsi="Aptos" w:cs="Aptos"/>
          <w:color w:val="7030A0"/>
        </w:rPr>
        <w:t xml:space="preserve"> which is material, verifiable, measurable and relevant, as not all additional information (like tree preservation orders on neighbouring land) is necessarily helpful to the average consumer.</w:t>
      </w:r>
    </w:p>
    <w:p w14:paraId="769AAB54" w14:textId="5595D2CC" w:rsidR="009533B6" w:rsidRDefault="009533B6">
      <w:pPr>
        <w:rPr>
          <w:rFonts w:ascii="Aptos" w:eastAsia="Aptos" w:hAnsi="Aptos" w:cs="Aptos"/>
          <w:color w:val="7030A0"/>
        </w:rPr>
      </w:pPr>
      <w:r>
        <w:rPr>
          <w:rFonts w:ascii="Aptos" w:eastAsia="Aptos" w:hAnsi="Aptos" w:cs="Aptos"/>
          <w:color w:val="7030A0"/>
        </w:rPr>
        <w:t>Consider light touch LPE1</w:t>
      </w:r>
      <w:r w:rsidR="00EF6A89">
        <w:rPr>
          <w:rFonts w:ascii="Aptos" w:eastAsia="Aptos" w:hAnsi="Aptos" w:cs="Aptos"/>
          <w:color w:val="7030A0"/>
        </w:rPr>
        <w:t>/FME1</w:t>
      </w:r>
      <w:r>
        <w:rPr>
          <w:rFonts w:ascii="Aptos" w:eastAsia="Aptos" w:hAnsi="Aptos" w:cs="Aptos"/>
          <w:color w:val="7030A0"/>
        </w:rPr>
        <w:t xml:space="preserve"> disclosure from when seller acquired property.</w:t>
      </w:r>
    </w:p>
    <w:p w14:paraId="0A0D5668" w14:textId="77777777" w:rsidR="006D3F11" w:rsidRPr="00416368" w:rsidRDefault="006D3F11" w:rsidP="006D3F11">
      <w:pPr>
        <w:rPr>
          <w:rFonts w:ascii="Aptos" w:eastAsia="Aptos" w:hAnsi="Aptos" w:cs="Aptos"/>
          <w:color w:val="8064A2" w:themeColor="accent4"/>
        </w:rPr>
      </w:pPr>
      <w:r w:rsidRPr="00416368">
        <w:rPr>
          <w:rFonts w:ascii="Aptos" w:eastAsia="Aptos" w:hAnsi="Aptos" w:cs="Aptos"/>
          <w:color w:val="8064A2" w:themeColor="accent4"/>
        </w:rPr>
        <w:t>Material information must relate to:</w:t>
      </w:r>
    </w:p>
    <w:p w14:paraId="0E0FE1D1" w14:textId="29B85CF1" w:rsidR="006D3F11" w:rsidRPr="00416368" w:rsidRDefault="006D3F11" w:rsidP="006D3F11">
      <w:pPr>
        <w:pStyle w:val="ListParagraph"/>
        <w:numPr>
          <w:ilvl w:val="0"/>
          <w:numId w:val="20"/>
        </w:numPr>
        <w:rPr>
          <w:rFonts w:ascii="Aptos" w:eastAsia="Aptos" w:hAnsi="Aptos" w:cs="Aptos"/>
          <w:color w:val="8064A2" w:themeColor="accent4"/>
        </w:rPr>
      </w:pPr>
      <w:r w:rsidRPr="00416368">
        <w:rPr>
          <w:rFonts w:ascii="Aptos" w:eastAsia="Aptos" w:hAnsi="Aptos" w:cs="Aptos"/>
          <w:color w:val="8064A2" w:themeColor="accent4"/>
        </w:rPr>
        <w:t xml:space="preserve">the property’s legal </w:t>
      </w:r>
      <w:proofErr w:type="gramStart"/>
      <w:r w:rsidRPr="00416368">
        <w:rPr>
          <w:rFonts w:ascii="Aptos" w:eastAsia="Aptos" w:hAnsi="Aptos" w:cs="Aptos"/>
          <w:color w:val="8064A2" w:themeColor="accent4"/>
        </w:rPr>
        <w:t>status;</w:t>
      </w:r>
      <w:proofErr w:type="gramEnd"/>
    </w:p>
    <w:p w14:paraId="1256C0AE" w14:textId="536139FF" w:rsidR="006D3F11" w:rsidRPr="00416368" w:rsidRDefault="006D3F11" w:rsidP="006D3F11">
      <w:pPr>
        <w:pStyle w:val="ListParagraph"/>
        <w:numPr>
          <w:ilvl w:val="0"/>
          <w:numId w:val="20"/>
        </w:numPr>
        <w:rPr>
          <w:rFonts w:ascii="Aptos" w:eastAsia="Aptos" w:hAnsi="Aptos" w:cs="Aptos"/>
          <w:color w:val="8064A2" w:themeColor="accent4"/>
        </w:rPr>
      </w:pPr>
      <w:r w:rsidRPr="00416368">
        <w:rPr>
          <w:rFonts w:ascii="Aptos" w:eastAsia="Aptos" w:hAnsi="Aptos" w:cs="Aptos"/>
          <w:color w:val="8064A2" w:themeColor="accent4"/>
        </w:rPr>
        <w:t xml:space="preserve">its physical condition or </w:t>
      </w:r>
      <w:proofErr w:type="gramStart"/>
      <w:r w:rsidRPr="00416368">
        <w:rPr>
          <w:rFonts w:ascii="Aptos" w:eastAsia="Aptos" w:hAnsi="Aptos" w:cs="Aptos"/>
          <w:color w:val="8064A2" w:themeColor="accent4"/>
        </w:rPr>
        <w:t>construction;</w:t>
      </w:r>
      <w:proofErr w:type="gramEnd"/>
    </w:p>
    <w:p w14:paraId="252A9E11" w14:textId="2684FA11" w:rsidR="006D3F11" w:rsidRPr="00416368" w:rsidRDefault="006D3F11" w:rsidP="006D3F11">
      <w:pPr>
        <w:pStyle w:val="ListParagraph"/>
        <w:numPr>
          <w:ilvl w:val="0"/>
          <w:numId w:val="20"/>
        </w:numPr>
        <w:rPr>
          <w:rFonts w:ascii="Aptos" w:eastAsia="Aptos" w:hAnsi="Aptos" w:cs="Aptos"/>
          <w:color w:val="8064A2" w:themeColor="accent4"/>
        </w:rPr>
      </w:pPr>
      <w:r w:rsidRPr="00416368">
        <w:rPr>
          <w:rFonts w:ascii="Aptos" w:eastAsia="Aptos" w:hAnsi="Aptos" w:cs="Aptos"/>
          <w:color w:val="8064A2" w:themeColor="accent4"/>
        </w:rPr>
        <w:t>financial liabilities; and</w:t>
      </w:r>
    </w:p>
    <w:p w14:paraId="6EFEB742" w14:textId="487895AB" w:rsidR="006D3F11" w:rsidRPr="00416368" w:rsidRDefault="006D3F11" w:rsidP="006D3F11">
      <w:pPr>
        <w:pStyle w:val="ListParagraph"/>
        <w:numPr>
          <w:ilvl w:val="0"/>
          <w:numId w:val="20"/>
        </w:numPr>
        <w:rPr>
          <w:rFonts w:ascii="Aptos" w:eastAsia="Aptos" w:hAnsi="Aptos" w:cs="Aptos"/>
          <w:color w:val="8064A2" w:themeColor="accent4"/>
        </w:rPr>
      </w:pPr>
      <w:r w:rsidRPr="00416368">
        <w:rPr>
          <w:rFonts w:ascii="Aptos" w:eastAsia="Aptos" w:hAnsi="Aptos" w:cs="Aptos"/>
          <w:color w:val="8064A2" w:themeColor="accent4"/>
        </w:rPr>
        <w:t>risks affecting occupation, value or use.</w:t>
      </w:r>
    </w:p>
    <w:p w14:paraId="114D1C61" w14:textId="77777777" w:rsidR="006D3F11" w:rsidRPr="00416368" w:rsidRDefault="006D3F11" w:rsidP="006D3F11">
      <w:pPr>
        <w:rPr>
          <w:rFonts w:ascii="Aptos" w:eastAsia="Aptos" w:hAnsi="Aptos" w:cs="Aptos"/>
          <w:color w:val="8064A2" w:themeColor="accent4"/>
        </w:rPr>
      </w:pPr>
      <w:r w:rsidRPr="00416368">
        <w:rPr>
          <w:rFonts w:ascii="Aptos" w:eastAsia="Aptos" w:hAnsi="Aptos" w:cs="Aptos"/>
          <w:color w:val="8064A2" w:themeColor="accent4"/>
        </w:rPr>
        <w:t>Information that is:</w:t>
      </w:r>
    </w:p>
    <w:p w14:paraId="672BDAA4" w14:textId="15A0C7EF" w:rsidR="006D3F11" w:rsidRPr="00416368" w:rsidRDefault="006D3F11" w:rsidP="006D3F11">
      <w:pPr>
        <w:pStyle w:val="ListParagraph"/>
        <w:numPr>
          <w:ilvl w:val="0"/>
          <w:numId w:val="21"/>
        </w:numPr>
        <w:rPr>
          <w:rFonts w:ascii="Aptos" w:eastAsia="Aptos" w:hAnsi="Aptos" w:cs="Aptos"/>
          <w:color w:val="8064A2" w:themeColor="accent4"/>
        </w:rPr>
      </w:pPr>
      <w:proofErr w:type="gramStart"/>
      <w:r w:rsidRPr="00416368">
        <w:rPr>
          <w:rFonts w:ascii="Aptos" w:eastAsia="Aptos" w:hAnsi="Aptos" w:cs="Aptos"/>
          <w:color w:val="8064A2" w:themeColor="accent4"/>
        </w:rPr>
        <w:t>Subjective;</w:t>
      </w:r>
      <w:proofErr w:type="gramEnd"/>
    </w:p>
    <w:p w14:paraId="186FAFD4" w14:textId="1331FDF3" w:rsidR="006D3F11" w:rsidRPr="00416368" w:rsidRDefault="006D3F11" w:rsidP="006D3F11">
      <w:pPr>
        <w:pStyle w:val="ListParagraph"/>
        <w:numPr>
          <w:ilvl w:val="0"/>
          <w:numId w:val="21"/>
        </w:numPr>
        <w:rPr>
          <w:rFonts w:ascii="Aptos" w:eastAsia="Aptos" w:hAnsi="Aptos" w:cs="Aptos"/>
          <w:color w:val="8064A2" w:themeColor="accent4"/>
        </w:rPr>
      </w:pPr>
      <w:proofErr w:type="gramStart"/>
      <w:r w:rsidRPr="00416368">
        <w:rPr>
          <w:rFonts w:ascii="Aptos" w:eastAsia="Aptos" w:hAnsi="Aptos" w:cs="Aptos"/>
          <w:color w:val="8064A2" w:themeColor="accent4"/>
        </w:rPr>
        <w:t>Speculative;</w:t>
      </w:r>
      <w:proofErr w:type="gramEnd"/>
    </w:p>
    <w:p w14:paraId="0FB92139" w14:textId="06FE21C2" w:rsidR="006D3F11" w:rsidRPr="00416368" w:rsidRDefault="006D3F11" w:rsidP="006D3F11">
      <w:pPr>
        <w:pStyle w:val="ListParagraph"/>
        <w:numPr>
          <w:ilvl w:val="0"/>
          <w:numId w:val="21"/>
        </w:numPr>
        <w:rPr>
          <w:rFonts w:ascii="Aptos" w:eastAsia="Aptos" w:hAnsi="Aptos" w:cs="Aptos"/>
          <w:color w:val="8064A2" w:themeColor="accent4"/>
        </w:rPr>
      </w:pPr>
      <w:r w:rsidRPr="00416368">
        <w:rPr>
          <w:rFonts w:ascii="Aptos" w:eastAsia="Aptos" w:hAnsi="Aptos" w:cs="Aptos"/>
          <w:color w:val="8064A2" w:themeColor="accent4"/>
        </w:rPr>
        <w:t>personal to the seller; or</w:t>
      </w:r>
    </w:p>
    <w:p w14:paraId="4C3C4CF1" w14:textId="7AA80BFE" w:rsidR="006D3F11" w:rsidRPr="00416368" w:rsidRDefault="006D3F11" w:rsidP="006D3F11">
      <w:pPr>
        <w:pStyle w:val="ListParagraph"/>
        <w:numPr>
          <w:ilvl w:val="0"/>
          <w:numId w:val="21"/>
        </w:numPr>
        <w:rPr>
          <w:rFonts w:ascii="Aptos" w:eastAsia="Aptos" w:hAnsi="Aptos" w:cs="Aptos"/>
          <w:color w:val="8064A2" w:themeColor="accent4"/>
        </w:rPr>
      </w:pPr>
      <w:r w:rsidRPr="00416368">
        <w:rPr>
          <w:rFonts w:ascii="Aptos" w:eastAsia="Aptos" w:hAnsi="Aptos" w:cs="Aptos"/>
          <w:color w:val="8064A2" w:themeColor="accent4"/>
        </w:rPr>
        <w:t>incapable of objective verification</w:t>
      </w:r>
    </w:p>
    <w:p w14:paraId="6A72FB58" w14:textId="5311BFDD" w:rsidR="006D3F11" w:rsidRPr="00416368" w:rsidRDefault="006D3F11" w:rsidP="006D3F11">
      <w:pPr>
        <w:rPr>
          <w:rFonts w:ascii="Aptos" w:eastAsia="Aptos" w:hAnsi="Aptos" w:cs="Aptos"/>
          <w:color w:val="8064A2" w:themeColor="accent4"/>
        </w:rPr>
      </w:pPr>
      <w:r w:rsidRPr="00416368">
        <w:rPr>
          <w:rFonts w:ascii="Aptos" w:eastAsia="Aptos" w:hAnsi="Aptos" w:cs="Aptos"/>
          <w:color w:val="8064A2" w:themeColor="accent4"/>
        </w:rPr>
        <w:t>should be excluded to preserve the clarity and credibility of the regime.</w:t>
      </w:r>
    </w:p>
    <w:p w14:paraId="41973226" w14:textId="77777777" w:rsidR="00201521" w:rsidRPr="00EF6A89" w:rsidRDefault="00000000" w:rsidP="00EF6A89">
      <w:pPr>
        <w:pStyle w:val="Heading2"/>
        <w:rPr>
          <w:rFonts w:ascii="Aptos" w:hAnsi="Aptos"/>
          <w:sz w:val="22"/>
        </w:rPr>
      </w:pPr>
      <w:r w:rsidRPr="00EF6A89">
        <w:rPr>
          <w:rFonts w:ascii="Aptos" w:hAnsi="Aptos"/>
          <w:sz w:val="22"/>
        </w:rPr>
        <w:t>Question 10</w:t>
      </w:r>
    </w:p>
    <w:p w14:paraId="606BB711" w14:textId="77777777" w:rsidR="00201521" w:rsidRDefault="00000000">
      <w:pPr>
        <w:rPr>
          <w:rFonts w:ascii="Aptos" w:eastAsia="Aptos" w:hAnsi="Aptos" w:cs="Aptos"/>
        </w:rPr>
      </w:pPr>
      <w:r>
        <w:rPr>
          <w:rFonts w:ascii="Aptos" w:eastAsia="Aptos" w:hAnsi="Aptos" w:cs="Aptos"/>
        </w:rPr>
        <w:t>Are there any information categories that you think should be considered material information, but which could be challenging to display in property listings in a way that is easily understood by consumers?</w:t>
      </w:r>
    </w:p>
    <w:p w14:paraId="1F5AEA29" w14:textId="77777777" w:rsidR="00201521" w:rsidRDefault="00000000">
      <w:pPr>
        <w:rPr>
          <w:rFonts w:ascii="Aptos" w:eastAsia="Aptos" w:hAnsi="Aptos" w:cs="Aptos"/>
        </w:rPr>
      </w:pPr>
      <w:r>
        <w:rPr>
          <w:rFonts w:ascii="Aptos" w:eastAsia="Aptos" w:hAnsi="Aptos" w:cs="Aptos"/>
        </w:rPr>
        <w:t>How do you think any information categories of this sort should be treated?</w:t>
      </w:r>
    </w:p>
    <w:p w14:paraId="7DD5D858" w14:textId="35BB54BC" w:rsidR="00201521" w:rsidRDefault="00000000">
      <w:pPr>
        <w:rPr>
          <w:rFonts w:ascii="Aptos" w:eastAsia="Aptos" w:hAnsi="Aptos" w:cs="Aptos"/>
          <w:color w:val="7030A0"/>
        </w:rPr>
      </w:pPr>
      <w:r>
        <w:rPr>
          <w:rFonts w:ascii="Aptos" w:eastAsia="Aptos" w:hAnsi="Aptos" w:cs="Aptos"/>
          <w:color w:val="7030A0"/>
        </w:rPr>
        <w:t xml:space="preserve">Flood risk and ground conditions are vital but can be complex to display.  The word </w:t>
      </w:r>
      <w:r w:rsidR="00F66D4A">
        <w:rPr>
          <w:rFonts w:ascii="Aptos" w:eastAsia="Aptos" w:hAnsi="Aptos" w:cs="Aptos"/>
          <w:color w:val="7030A0"/>
        </w:rPr>
        <w:t>‘</w:t>
      </w:r>
      <w:r>
        <w:rPr>
          <w:rFonts w:ascii="Aptos" w:eastAsia="Aptos" w:hAnsi="Aptos" w:cs="Aptos"/>
          <w:color w:val="7030A0"/>
        </w:rPr>
        <w:t>risk</w:t>
      </w:r>
      <w:r w:rsidR="00F66D4A">
        <w:rPr>
          <w:rFonts w:ascii="Aptos" w:eastAsia="Aptos" w:hAnsi="Aptos" w:cs="Aptos"/>
          <w:color w:val="7030A0"/>
        </w:rPr>
        <w:t>’</w:t>
      </w:r>
      <w:r>
        <w:rPr>
          <w:rFonts w:ascii="Aptos" w:eastAsia="Aptos" w:hAnsi="Aptos" w:cs="Aptos"/>
          <w:color w:val="7030A0"/>
        </w:rPr>
        <w:t xml:space="preserve"> implies future knowledge, which is not possible, so highlighting where there has been flooding or coastal erosion in the past</w:t>
      </w:r>
      <w:r w:rsidR="00F66D4A">
        <w:rPr>
          <w:rFonts w:ascii="Aptos" w:eastAsia="Aptos" w:hAnsi="Aptos" w:cs="Aptos"/>
          <w:color w:val="7030A0"/>
        </w:rPr>
        <w:t>,</w:t>
      </w:r>
      <w:r>
        <w:rPr>
          <w:rFonts w:ascii="Aptos" w:eastAsia="Aptos" w:hAnsi="Aptos" w:cs="Aptos"/>
          <w:color w:val="7030A0"/>
        </w:rPr>
        <w:t xml:space="preserve"> and actions taken to avoid the impact of this in the future</w:t>
      </w:r>
      <w:r w:rsidR="00F66D4A">
        <w:rPr>
          <w:rFonts w:ascii="Aptos" w:eastAsia="Aptos" w:hAnsi="Aptos" w:cs="Aptos"/>
          <w:color w:val="7030A0"/>
        </w:rPr>
        <w:t>,</w:t>
      </w:r>
      <w:r>
        <w:rPr>
          <w:rFonts w:ascii="Aptos" w:eastAsia="Aptos" w:hAnsi="Aptos" w:cs="Aptos"/>
          <w:color w:val="7030A0"/>
        </w:rPr>
        <w:t xml:space="preserve"> will provide the consumer with the correct information and prevent properties from becoming unsaleable.</w:t>
      </w:r>
    </w:p>
    <w:p w14:paraId="0FD9A3AE" w14:textId="19B373BA" w:rsidR="00201521" w:rsidRDefault="00000000">
      <w:pPr>
        <w:rPr>
          <w:rFonts w:ascii="Aptos" w:eastAsia="Aptos" w:hAnsi="Aptos" w:cs="Aptos"/>
          <w:color w:val="7030A0"/>
        </w:rPr>
      </w:pPr>
      <w:r>
        <w:rPr>
          <w:rFonts w:ascii="Aptos" w:eastAsia="Aptos" w:hAnsi="Aptos" w:cs="Aptos"/>
          <w:color w:val="7030A0"/>
        </w:rPr>
        <w:t>Listings could link to verified sources (</w:t>
      </w:r>
      <w:r w:rsidR="00F66D4A">
        <w:rPr>
          <w:rFonts w:ascii="Aptos" w:eastAsia="Aptos" w:hAnsi="Aptos" w:cs="Aptos"/>
          <w:color w:val="7030A0"/>
        </w:rPr>
        <w:t>for example,</w:t>
      </w:r>
      <w:r>
        <w:rPr>
          <w:rFonts w:ascii="Aptos" w:eastAsia="Aptos" w:hAnsi="Aptos" w:cs="Aptos"/>
          <w:color w:val="7030A0"/>
        </w:rPr>
        <w:t xml:space="preserve"> GOV.UK flood maps) using plain English summaries and to flood defence advice.</w:t>
      </w:r>
    </w:p>
    <w:p w14:paraId="2B68F97E" w14:textId="77777777" w:rsidR="00201521" w:rsidRDefault="00000000">
      <w:pPr>
        <w:rPr>
          <w:rFonts w:ascii="Aptos" w:eastAsia="Aptos" w:hAnsi="Aptos" w:cs="Aptos"/>
          <w:color w:val="7030A0"/>
        </w:rPr>
      </w:pPr>
      <w:r>
        <w:rPr>
          <w:rFonts w:ascii="Aptos" w:eastAsia="Aptos" w:hAnsi="Aptos" w:cs="Aptos"/>
          <w:color w:val="7030A0"/>
        </w:rPr>
        <w:t>Providing a link to insurance cost indicators could support consumers in identifying the impact of issues on the ability to insure the property if it was at risk of flooding or coastal erosion.</w:t>
      </w:r>
    </w:p>
    <w:p w14:paraId="0282FF23" w14:textId="77777777" w:rsidR="00CA2D67" w:rsidRPr="00CA2D67" w:rsidRDefault="00CA2D67" w:rsidP="00CA2D67">
      <w:pPr>
        <w:pStyle w:val="Heading2"/>
      </w:pPr>
      <w:bookmarkStart w:id="3" w:name="_Toc215489311"/>
      <w:r w:rsidRPr="00CA2D67">
        <w:t>D. When should MI be provided?</w:t>
      </w:r>
      <w:bookmarkEnd w:id="3"/>
    </w:p>
    <w:p w14:paraId="753821D9" w14:textId="77777777" w:rsidR="00201521" w:rsidRPr="00EF6A89" w:rsidRDefault="00000000" w:rsidP="00BA67DB">
      <w:pPr>
        <w:pStyle w:val="Heading2"/>
        <w:rPr>
          <w:rFonts w:ascii="Aptos" w:hAnsi="Aptos"/>
          <w:sz w:val="22"/>
        </w:rPr>
      </w:pPr>
      <w:r w:rsidRPr="00EF6A89">
        <w:rPr>
          <w:rFonts w:ascii="Aptos" w:hAnsi="Aptos"/>
          <w:sz w:val="22"/>
        </w:rPr>
        <w:t>Question 11</w:t>
      </w:r>
    </w:p>
    <w:p w14:paraId="05778230" w14:textId="77777777" w:rsidR="00201521" w:rsidRDefault="00000000">
      <w:pPr>
        <w:rPr>
          <w:rFonts w:ascii="Aptos" w:eastAsia="Aptos" w:hAnsi="Aptos" w:cs="Aptos"/>
        </w:rPr>
      </w:pPr>
      <w:r>
        <w:rPr>
          <w:rFonts w:ascii="Aptos" w:eastAsia="Aptos" w:hAnsi="Aptos" w:cs="Aptos"/>
        </w:rPr>
        <w:t>Do you think it is reasonable for any information that could be considered material to not be included in full detail in property listings, instead with further details being provided at a later stage in the process, for example when a customer views a property? </w:t>
      </w:r>
    </w:p>
    <w:p w14:paraId="54CA24C2" w14:textId="7C82F19C" w:rsidR="00201521" w:rsidRDefault="00000000">
      <w:pPr>
        <w:rPr>
          <w:rFonts w:ascii="Aptos" w:eastAsia="Aptos" w:hAnsi="Aptos" w:cs="Aptos"/>
          <w:color w:val="7030A0"/>
        </w:rPr>
      </w:pPr>
      <w:r>
        <w:rPr>
          <w:rFonts w:ascii="Aptos" w:eastAsia="Aptos" w:hAnsi="Aptos" w:cs="Aptos"/>
          <w:color w:val="7030A0"/>
        </w:rPr>
        <w:t>In limited cases yes</w:t>
      </w:r>
      <w:r w:rsidR="00F66D4A">
        <w:rPr>
          <w:rFonts w:ascii="Aptos" w:eastAsia="Aptos" w:hAnsi="Aptos" w:cs="Aptos"/>
          <w:color w:val="7030A0"/>
        </w:rPr>
        <w:t>,</w:t>
      </w:r>
      <w:r>
        <w:rPr>
          <w:rFonts w:ascii="Aptos" w:eastAsia="Aptos" w:hAnsi="Aptos" w:cs="Aptos"/>
          <w:color w:val="7030A0"/>
        </w:rPr>
        <w:t xml:space="preserve"> where data requires professional interpretation. Headline facts should appear in listings, with detailed reports accessible via secure digital pack links. For </w:t>
      </w:r>
      <w:r w:rsidR="00611116">
        <w:rPr>
          <w:rFonts w:ascii="Aptos" w:eastAsia="Aptos" w:hAnsi="Aptos" w:cs="Aptos"/>
          <w:color w:val="7030A0"/>
        </w:rPr>
        <w:t>example,</w:t>
      </w:r>
      <w:r>
        <w:rPr>
          <w:rFonts w:ascii="Aptos" w:eastAsia="Aptos" w:hAnsi="Aptos" w:cs="Aptos"/>
          <w:color w:val="7030A0"/>
        </w:rPr>
        <w:t xml:space="preserve"> there may be indemnity insurance policies available in relation to </w:t>
      </w:r>
      <w:r w:rsidR="00611116">
        <w:rPr>
          <w:rFonts w:ascii="Aptos" w:eastAsia="Aptos" w:hAnsi="Aptos" w:cs="Aptos"/>
          <w:color w:val="7030A0"/>
        </w:rPr>
        <w:t>issues,</w:t>
      </w:r>
      <w:r>
        <w:rPr>
          <w:rFonts w:ascii="Aptos" w:eastAsia="Aptos" w:hAnsi="Aptos" w:cs="Aptos"/>
          <w:color w:val="7030A0"/>
        </w:rPr>
        <w:t xml:space="preserve"> but the terms of those policies are they are not made public to a third</w:t>
      </w:r>
      <w:r w:rsidR="00F66D4A">
        <w:rPr>
          <w:rFonts w:ascii="Aptos" w:eastAsia="Aptos" w:hAnsi="Aptos" w:cs="Aptos"/>
          <w:color w:val="7030A0"/>
        </w:rPr>
        <w:t>-</w:t>
      </w:r>
      <w:r>
        <w:rPr>
          <w:rFonts w:ascii="Aptos" w:eastAsia="Aptos" w:hAnsi="Aptos" w:cs="Aptos"/>
          <w:color w:val="7030A0"/>
        </w:rPr>
        <w:t xml:space="preserve">party. </w:t>
      </w:r>
    </w:p>
    <w:p w14:paraId="69F0FE97" w14:textId="539AABA3" w:rsidR="00201521" w:rsidRPr="00EF6A89" w:rsidRDefault="00000000">
      <w:pPr>
        <w:rPr>
          <w:rFonts w:ascii="Aptos" w:hAnsi="Aptos"/>
          <w:color w:val="8064A2" w:themeColor="accent4"/>
        </w:rPr>
      </w:pPr>
      <w:r>
        <w:rPr>
          <w:rFonts w:ascii="Aptos" w:eastAsia="Aptos" w:hAnsi="Aptos" w:cs="Aptos"/>
          <w:color w:val="7030A0"/>
        </w:rPr>
        <w:t xml:space="preserve">It is, however, vital to avoid a situation where agents can ignore the requirements and </w:t>
      </w:r>
      <w:r w:rsidRPr="00EF6A89">
        <w:rPr>
          <w:rFonts w:ascii="Aptos" w:hAnsi="Aptos"/>
          <w:color w:val="8064A2" w:themeColor="accent4"/>
        </w:rPr>
        <w:t xml:space="preserve">simply say that the MI is </w:t>
      </w:r>
      <w:r w:rsidR="00F66D4A">
        <w:rPr>
          <w:rFonts w:ascii="Aptos" w:hAnsi="Aptos"/>
          <w:color w:val="8064A2" w:themeColor="accent4"/>
        </w:rPr>
        <w:t>‘</w:t>
      </w:r>
      <w:r w:rsidRPr="00EF6A89">
        <w:rPr>
          <w:rFonts w:ascii="Aptos" w:hAnsi="Aptos"/>
          <w:color w:val="8064A2" w:themeColor="accent4"/>
        </w:rPr>
        <w:t>to follow</w:t>
      </w:r>
      <w:r w:rsidR="00F66D4A">
        <w:rPr>
          <w:rFonts w:ascii="Aptos" w:hAnsi="Aptos"/>
          <w:color w:val="8064A2" w:themeColor="accent4"/>
        </w:rPr>
        <w:t>’</w:t>
      </w:r>
      <w:r w:rsidRPr="00EF6A89">
        <w:rPr>
          <w:rFonts w:ascii="Aptos" w:hAnsi="Aptos"/>
          <w:color w:val="8064A2" w:themeColor="accent4"/>
        </w:rPr>
        <w:t>.</w:t>
      </w:r>
    </w:p>
    <w:p w14:paraId="5D63D812" w14:textId="77777777" w:rsidR="00201521" w:rsidRPr="00EF6A89" w:rsidRDefault="00000000" w:rsidP="00BA67DB">
      <w:pPr>
        <w:pStyle w:val="Heading2"/>
        <w:rPr>
          <w:rFonts w:ascii="Aptos" w:hAnsi="Aptos"/>
          <w:sz w:val="22"/>
        </w:rPr>
      </w:pPr>
      <w:r w:rsidRPr="00EF6A89">
        <w:rPr>
          <w:rFonts w:ascii="Aptos" w:hAnsi="Aptos"/>
          <w:sz w:val="22"/>
        </w:rPr>
        <w:t>Question 12</w:t>
      </w:r>
    </w:p>
    <w:p w14:paraId="5A6515FC" w14:textId="77777777" w:rsidR="00201521" w:rsidRDefault="00000000">
      <w:pPr>
        <w:rPr>
          <w:rFonts w:ascii="Aptos" w:eastAsia="Aptos" w:hAnsi="Aptos" w:cs="Aptos"/>
        </w:rPr>
      </w:pPr>
      <w:r>
        <w:rPr>
          <w:rFonts w:ascii="Aptos" w:eastAsia="Aptos" w:hAnsi="Aptos" w:cs="Aptos"/>
        </w:rPr>
        <w:t>If so, what are the differences between information you think should be included in property listings vs that which should be provided at a later stage?</w:t>
      </w:r>
    </w:p>
    <w:p w14:paraId="73095084" w14:textId="77777777" w:rsidR="00201521" w:rsidRDefault="00000000">
      <w:pPr>
        <w:rPr>
          <w:rFonts w:ascii="Aptos" w:eastAsia="Aptos" w:hAnsi="Aptos" w:cs="Aptos"/>
        </w:rPr>
      </w:pPr>
      <w:r>
        <w:rPr>
          <w:rFonts w:ascii="Aptos" w:eastAsia="Aptos" w:hAnsi="Aptos" w:cs="Aptos"/>
        </w:rPr>
        <w:t>Can you give examples of each?</w:t>
      </w:r>
    </w:p>
    <w:p w14:paraId="02478F2D" w14:textId="0E4C5B76" w:rsidR="009533B6" w:rsidRDefault="00000000">
      <w:pPr>
        <w:rPr>
          <w:rFonts w:ascii="Aptos" w:eastAsia="Aptos" w:hAnsi="Aptos" w:cs="Aptos"/>
          <w:color w:val="7030A0"/>
        </w:rPr>
      </w:pPr>
      <w:r>
        <w:rPr>
          <w:rFonts w:ascii="Aptos" w:eastAsia="Aptos" w:hAnsi="Aptos" w:cs="Aptos"/>
          <w:color w:val="7030A0"/>
        </w:rPr>
        <w:t xml:space="preserve">Listings: tenure, price, council tax, parking, construction type, restrictions, broadband and all other known Material Information. </w:t>
      </w:r>
    </w:p>
    <w:p w14:paraId="3492B925" w14:textId="666A2605" w:rsidR="00201521" w:rsidRDefault="00000000">
      <w:pPr>
        <w:rPr>
          <w:rFonts w:ascii="Aptos" w:eastAsia="Aptos" w:hAnsi="Aptos" w:cs="Aptos"/>
          <w:color w:val="7030A0"/>
        </w:rPr>
      </w:pPr>
      <w:r>
        <w:rPr>
          <w:rFonts w:ascii="Aptos" w:eastAsia="Aptos" w:hAnsi="Aptos" w:cs="Aptos"/>
          <w:color w:val="7030A0"/>
        </w:rPr>
        <w:t>Later stage</w:t>
      </w:r>
      <w:r w:rsidR="00F66D4A">
        <w:rPr>
          <w:rFonts w:ascii="Aptos" w:eastAsia="Aptos" w:hAnsi="Aptos" w:cs="Aptos"/>
          <w:color w:val="7030A0"/>
        </w:rPr>
        <w:t xml:space="preserve">, for example, </w:t>
      </w:r>
      <w:r>
        <w:rPr>
          <w:rFonts w:ascii="Aptos" w:eastAsia="Aptos" w:hAnsi="Aptos" w:cs="Aptos"/>
          <w:color w:val="7030A0"/>
        </w:rPr>
        <w:t>as soon as obtained and prior to viewing: technical surveys, defects, detailed covenants and restrictions.</w:t>
      </w:r>
    </w:p>
    <w:p w14:paraId="7BD59C9A" w14:textId="77777777" w:rsidR="00201521" w:rsidRDefault="00000000">
      <w:pPr>
        <w:rPr>
          <w:rFonts w:ascii="Aptos" w:eastAsia="Aptos" w:hAnsi="Aptos" w:cs="Aptos"/>
          <w:color w:val="7030A0"/>
        </w:rPr>
      </w:pPr>
      <w:r>
        <w:rPr>
          <w:rFonts w:ascii="Aptos" w:eastAsia="Aptos" w:hAnsi="Aptos" w:cs="Aptos"/>
          <w:color w:val="7030A0"/>
        </w:rPr>
        <w:t>Example: a listing states 'leasehold, 92 years remaining with restrictions on how the property can be used' with a link to the full lease summary outlining the property cannot be sublet.</w:t>
      </w:r>
    </w:p>
    <w:p w14:paraId="4CE5A9D2" w14:textId="4042D2CF" w:rsidR="00201521" w:rsidRDefault="00000000">
      <w:pPr>
        <w:rPr>
          <w:rFonts w:ascii="Aptos" w:eastAsia="Aptos" w:hAnsi="Aptos" w:cs="Aptos"/>
          <w:color w:val="7030A0"/>
        </w:rPr>
      </w:pPr>
      <w:r>
        <w:rPr>
          <w:rFonts w:ascii="Aptos" w:eastAsia="Aptos" w:hAnsi="Aptos" w:cs="Aptos"/>
          <w:color w:val="7030A0"/>
        </w:rPr>
        <w:t>If there is anything which might impact the seller’s privacy, this could be revealed to potential buyers when they make an appointment to view.  For example, National Trading Standards</w:t>
      </w:r>
      <w:r w:rsidR="00611116">
        <w:rPr>
          <w:rFonts w:ascii="Aptos" w:eastAsia="Aptos" w:hAnsi="Aptos" w:cs="Aptos"/>
          <w:color w:val="7030A0"/>
        </w:rPr>
        <w:t xml:space="preserve"> and redress schemes</w:t>
      </w:r>
      <w:r>
        <w:rPr>
          <w:rFonts w:ascii="Aptos" w:eastAsia="Aptos" w:hAnsi="Aptos" w:cs="Aptos"/>
          <w:color w:val="7030A0"/>
        </w:rPr>
        <w:t xml:space="preserve"> receive complaints about </w:t>
      </w:r>
      <w:r w:rsidR="002A5E04">
        <w:rPr>
          <w:rFonts w:ascii="Aptos" w:eastAsia="Aptos" w:hAnsi="Aptos" w:cs="Aptos"/>
          <w:color w:val="7030A0"/>
        </w:rPr>
        <w:t xml:space="preserve">a </w:t>
      </w:r>
      <w:r>
        <w:rPr>
          <w:rFonts w:ascii="Aptos" w:eastAsia="Aptos" w:hAnsi="Aptos" w:cs="Aptos"/>
          <w:color w:val="7030A0"/>
        </w:rPr>
        <w:t xml:space="preserve">property bought without being notified of a violent crime or death having taken place there, however, putting this publicly online will be upsetting for the seller of the property.  By displaying </w:t>
      </w:r>
      <w:r w:rsidR="002A5E04">
        <w:rPr>
          <w:rFonts w:ascii="Aptos" w:eastAsia="Aptos" w:hAnsi="Aptos" w:cs="Aptos"/>
          <w:color w:val="7030A0"/>
        </w:rPr>
        <w:t>‘</w:t>
      </w:r>
      <w:r>
        <w:rPr>
          <w:rFonts w:ascii="Aptos" w:eastAsia="Aptos" w:hAnsi="Aptos" w:cs="Aptos"/>
          <w:color w:val="7030A0"/>
        </w:rPr>
        <w:t>Ask Agent</w:t>
      </w:r>
      <w:r w:rsidR="002A5E04">
        <w:rPr>
          <w:rFonts w:ascii="Aptos" w:eastAsia="Aptos" w:hAnsi="Aptos" w:cs="Aptos"/>
          <w:color w:val="7030A0"/>
        </w:rPr>
        <w:t>’</w:t>
      </w:r>
      <w:r>
        <w:rPr>
          <w:rFonts w:ascii="Aptos" w:eastAsia="Aptos" w:hAnsi="Aptos" w:cs="Aptos"/>
          <w:color w:val="7030A0"/>
        </w:rPr>
        <w:t xml:space="preserve"> for items of this nature the agent can </w:t>
      </w:r>
      <w:r w:rsidR="002A5E04">
        <w:rPr>
          <w:rFonts w:ascii="Aptos" w:eastAsia="Aptos" w:hAnsi="Aptos" w:cs="Aptos"/>
          <w:color w:val="7030A0"/>
        </w:rPr>
        <w:t>detail</w:t>
      </w:r>
      <w:r>
        <w:rPr>
          <w:rFonts w:ascii="Aptos" w:eastAsia="Aptos" w:hAnsi="Aptos" w:cs="Aptos"/>
          <w:color w:val="7030A0"/>
        </w:rPr>
        <w:t xml:space="preserve"> the situation to the consumer in an appropriate manner.</w:t>
      </w:r>
    </w:p>
    <w:p w14:paraId="21B0AA18" w14:textId="76F1FB46" w:rsidR="00201521" w:rsidRDefault="00000000">
      <w:pPr>
        <w:rPr>
          <w:rFonts w:ascii="Aptos" w:eastAsia="Aptos" w:hAnsi="Aptos" w:cs="Aptos"/>
          <w:color w:val="7030A0"/>
        </w:rPr>
      </w:pPr>
      <w:r>
        <w:rPr>
          <w:rFonts w:ascii="Aptos" w:eastAsia="Aptos" w:hAnsi="Aptos" w:cs="Aptos"/>
          <w:color w:val="7030A0"/>
        </w:rPr>
        <w:t>Estate agents demonstrate concern that gathering of the information will delay listing and, if a time frame is created by which the Material Information must be provided, then this creates issues where the data has not been gathered or linked to a digital property logbook and an offer is made on a property prior to the MI being available. An alternative might be either to prevent advertising on a property portal until the MI is available</w:t>
      </w:r>
      <w:r w:rsidR="002A5E04">
        <w:rPr>
          <w:rFonts w:ascii="Aptos" w:eastAsia="Aptos" w:hAnsi="Aptos" w:cs="Aptos"/>
          <w:color w:val="7030A0"/>
        </w:rPr>
        <w:t>,</w:t>
      </w:r>
      <w:r>
        <w:rPr>
          <w:rFonts w:ascii="Aptos" w:eastAsia="Aptos" w:hAnsi="Aptos" w:cs="Aptos"/>
          <w:color w:val="7030A0"/>
        </w:rPr>
        <w:t xml:space="preserve"> or where the MI from the last transaction is available, in a digital Property Logbook or similar, to use that subject to it being refreshed where it is time sensitive.</w:t>
      </w:r>
    </w:p>
    <w:p w14:paraId="117A152A" w14:textId="77777777" w:rsidR="00201521" w:rsidRDefault="00000000">
      <w:pPr>
        <w:rPr>
          <w:rFonts w:ascii="Aptos" w:eastAsia="Aptos" w:hAnsi="Aptos" w:cs="Aptos"/>
          <w:color w:val="7030A0"/>
        </w:rPr>
      </w:pPr>
      <w:r>
        <w:rPr>
          <w:rFonts w:ascii="Aptos" w:eastAsia="Aptos" w:hAnsi="Aptos" w:cs="Aptos"/>
          <w:color w:val="7030A0"/>
        </w:rPr>
        <w:t xml:space="preserve">If gathering the MI creates a large delay this could create a negative experience for the seller and estate agent, but that is likely to be less stressful than it causing a delay when an offer has been accepted and could cause the transaction to fail, which would impact the entire chain rather than just one seller and their estate agent. </w:t>
      </w:r>
    </w:p>
    <w:p w14:paraId="7FBBC33E" w14:textId="77777777" w:rsidR="00BB24FB" w:rsidRDefault="00BB24FB">
      <w:pPr>
        <w:rPr>
          <w:rFonts w:ascii="Calibri" w:eastAsia="Calibri" w:hAnsi="Calibri" w:cs="Calibri"/>
          <w:b/>
          <w:bCs/>
          <w:color w:val="4F81BD"/>
          <w:sz w:val="26"/>
          <w:szCs w:val="26"/>
        </w:rPr>
      </w:pPr>
      <w:bookmarkStart w:id="4" w:name="_Toc215489312"/>
      <w:r>
        <w:br w:type="page"/>
      </w:r>
    </w:p>
    <w:p w14:paraId="76829350" w14:textId="3CE6DD12" w:rsidR="00CA2D67" w:rsidRPr="00CA2D67" w:rsidRDefault="00CA2D67" w:rsidP="00CA2D67">
      <w:pPr>
        <w:pStyle w:val="Heading2"/>
      </w:pPr>
      <w:r w:rsidRPr="00CA2D67">
        <w:t>E. Working with other professions</w:t>
      </w:r>
      <w:bookmarkEnd w:id="4"/>
    </w:p>
    <w:p w14:paraId="138AB9D0" w14:textId="77777777" w:rsidR="00201521" w:rsidRPr="00EF6A89" w:rsidRDefault="00000000" w:rsidP="00BA67DB">
      <w:pPr>
        <w:pStyle w:val="Heading2"/>
        <w:rPr>
          <w:rFonts w:ascii="Aptos" w:hAnsi="Aptos"/>
          <w:sz w:val="22"/>
        </w:rPr>
      </w:pPr>
      <w:r w:rsidRPr="00EF6A89">
        <w:rPr>
          <w:rFonts w:ascii="Aptos" w:hAnsi="Aptos"/>
          <w:sz w:val="22"/>
        </w:rPr>
        <w:t>Question 13</w:t>
      </w:r>
    </w:p>
    <w:p w14:paraId="4C0713F7" w14:textId="77777777" w:rsidR="00201521" w:rsidRDefault="00000000">
      <w:pPr>
        <w:rPr>
          <w:rFonts w:ascii="Aptos" w:eastAsia="Aptos" w:hAnsi="Aptos" w:cs="Aptos"/>
        </w:rPr>
      </w:pPr>
      <w:r>
        <w:rPr>
          <w:rFonts w:ascii="Aptos" w:eastAsia="Aptos" w:hAnsi="Aptos" w:cs="Aptos"/>
        </w:rPr>
        <w:t xml:space="preserve">What should be the requirement </w:t>
      </w:r>
      <w:proofErr w:type="gramStart"/>
      <w:r>
        <w:rPr>
          <w:rFonts w:ascii="Aptos" w:eastAsia="Aptos" w:hAnsi="Aptos" w:cs="Aptos"/>
        </w:rPr>
        <w:t>on</w:t>
      </w:r>
      <w:proofErr w:type="gramEnd"/>
      <w:r>
        <w:rPr>
          <w:rFonts w:ascii="Aptos" w:eastAsia="Aptos" w:hAnsi="Aptos" w:cs="Aptos"/>
        </w:rPr>
        <w:t xml:space="preserve"> estate agents regarding material information that could require technical expertise to obtain or interpret?   </w:t>
      </w:r>
    </w:p>
    <w:p w14:paraId="4695B56F" w14:textId="0FE3D2C1" w:rsidR="00201521" w:rsidRDefault="00000000">
      <w:pPr>
        <w:rPr>
          <w:rFonts w:ascii="Aptos" w:eastAsia="Aptos" w:hAnsi="Aptos" w:cs="Aptos"/>
          <w:color w:val="7030A0"/>
        </w:rPr>
      </w:pPr>
      <w:r>
        <w:rPr>
          <w:rFonts w:ascii="Aptos" w:eastAsia="Aptos" w:hAnsi="Aptos" w:cs="Aptos"/>
          <w:color w:val="7030A0"/>
        </w:rPr>
        <w:t>Estate agents should be required to disclose known</w:t>
      </w:r>
      <w:r w:rsidR="00A9535C">
        <w:rPr>
          <w:rFonts w:ascii="Aptos" w:eastAsia="Aptos" w:hAnsi="Aptos" w:cs="Aptos"/>
          <w:color w:val="7030A0"/>
        </w:rPr>
        <w:t>,</w:t>
      </w:r>
      <w:r>
        <w:rPr>
          <w:rFonts w:ascii="Aptos" w:eastAsia="Aptos" w:hAnsi="Aptos" w:cs="Aptos"/>
          <w:color w:val="7030A0"/>
        </w:rPr>
        <w:t xml:space="preserve"> or suspected</w:t>
      </w:r>
      <w:r w:rsidR="00A9535C">
        <w:rPr>
          <w:rFonts w:ascii="Aptos" w:eastAsia="Aptos" w:hAnsi="Aptos" w:cs="Aptos"/>
          <w:color w:val="7030A0"/>
        </w:rPr>
        <w:t>,</w:t>
      </w:r>
      <w:r>
        <w:rPr>
          <w:rFonts w:ascii="Aptos" w:eastAsia="Aptos" w:hAnsi="Aptos" w:cs="Aptos"/>
          <w:color w:val="7030A0"/>
        </w:rPr>
        <w:t xml:space="preserve"> issues but not provide expert interpretation. They should reference the data source and indicate to the seller when specialist advice is needed</w:t>
      </w:r>
      <w:r w:rsidR="00A9535C">
        <w:rPr>
          <w:rFonts w:ascii="Aptos" w:eastAsia="Aptos" w:hAnsi="Aptos" w:cs="Aptos"/>
          <w:color w:val="7030A0"/>
        </w:rPr>
        <w:t xml:space="preserve">, for example, a </w:t>
      </w:r>
      <w:r>
        <w:rPr>
          <w:rFonts w:ascii="Aptos" w:eastAsia="Aptos" w:hAnsi="Aptos" w:cs="Aptos"/>
          <w:color w:val="7030A0"/>
        </w:rPr>
        <w:t>conveyancing lawyer, surveyor, damp and timber expert</w:t>
      </w:r>
      <w:r w:rsidR="00A9535C">
        <w:rPr>
          <w:rFonts w:ascii="Aptos" w:eastAsia="Aptos" w:hAnsi="Aptos" w:cs="Aptos"/>
          <w:color w:val="7030A0"/>
        </w:rPr>
        <w:t>,</w:t>
      </w:r>
      <w:r>
        <w:rPr>
          <w:rFonts w:ascii="Aptos" w:eastAsia="Aptos" w:hAnsi="Aptos" w:cs="Aptos"/>
          <w:color w:val="7030A0"/>
        </w:rPr>
        <w:t xml:space="preserve"> etc.</w:t>
      </w:r>
    </w:p>
    <w:p w14:paraId="785E40D5" w14:textId="40EF4061" w:rsidR="00201521" w:rsidRDefault="00000000">
      <w:pPr>
        <w:rPr>
          <w:rFonts w:ascii="Aptos" w:eastAsia="Aptos" w:hAnsi="Aptos" w:cs="Aptos"/>
          <w:color w:val="7030A0"/>
        </w:rPr>
      </w:pPr>
      <w:r>
        <w:rPr>
          <w:rFonts w:ascii="Aptos" w:eastAsia="Aptos" w:hAnsi="Aptos" w:cs="Aptos"/>
          <w:color w:val="7030A0"/>
        </w:rPr>
        <w:t>Whil</w:t>
      </w:r>
      <w:r w:rsidR="00A9535C">
        <w:rPr>
          <w:rFonts w:ascii="Aptos" w:eastAsia="Aptos" w:hAnsi="Aptos" w:cs="Aptos"/>
          <w:color w:val="7030A0"/>
        </w:rPr>
        <w:t>e</w:t>
      </w:r>
      <w:r>
        <w:rPr>
          <w:rFonts w:ascii="Aptos" w:eastAsia="Aptos" w:hAnsi="Aptos" w:cs="Aptos"/>
          <w:color w:val="7030A0"/>
        </w:rPr>
        <w:t xml:space="preserve"> they must provide all </w:t>
      </w:r>
      <w:r w:rsidR="00A9535C">
        <w:rPr>
          <w:rFonts w:ascii="Aptos" w:eastAsia="Aptos" w:hAnsi="Aptos" w:cs="Aptos"/>
          <w:color w:val="7030A0"/>
        </w:rPr>
        <w:t xml:space="preserve">material </w:t>
      </w:r>
      <w:proofErr w:type="gramStart"/>
      <w:r w:rsidR="00A9535C">
        <w:rPr>
          <w:rFonts w:ascii="Aptos" w:eastAsia="Aptos" w:hAnsi="Aptos" w:cs="Aptos"/>
          <w:color w:val="7030A0"/>
        </w:rPr>
        <w:t>information</w:t>
      </w:r>
      <w:proofErr w:type="gramEnd"/>
      <w:r>
        <w:rPr>
          <w:rFonts w:ascii="Aptos" w:eastAsia="Aptos" w:hAnsi="Aptos" w:cs="Aptos"/>
          <w:color w:val="7030A0"/>
        </w:rPr>
        <w:t xml:space="preserve"> they may have to obtain that from qualified experts at the seller’s expense.</w:t>
      </w:r>
    </w:p>
    <w:p w14:paraId="52EA1F98" w14:textId="77777777" w:rsidR="00201521" w:rsidRPr="00EF6A89" w:rsidRDefault="00000000" w:rsidP="00BA67DB">
      <w:pPr>
        <w:pStyle w:val="Heading2"/>
        <w:rPr>
          <w:rFonts w:ascii="Aptos" w:hAnsi="Aptos"/>
          <w:sz w:val="22"/>
        </w:rPr>
      </w:pPr>
      <w:r w:rsidRPr="00EF6A89">
        <w:rPr>
          <w:rFonts w:ascii="Aptos" w:hAnsi="Aptos"/>
          <w:sz w:val="22"/>
        </w:rPr>
        <w:t>Question 14</w:t>
      </w:r>
    </w:p>
    <w:p w14:paraId="7ACAD991" w14:textId="77777777" w:rsidR="00201521" w:rsidRDefault="00000000">
      <w:pPr>
        <w:rPr>
          <w:rFonts w:ascii="Aptos" w:eastAsia="Aptos" w:hAnsi="Aptos" w:cs="Aptos"/>
        </w:rPr>
      </w:pPr>
      <w:r>
        <w:rPr>
          <w:rFonts w:ascii="Aptos" w:eastAsia="Aptos" w:hAnsi="Aptos" w:cs="Aptos"/>
        </w:rPr>
        <w:t>What should guidance state about estate agents working with surveyors and conveyancers to obtain or interpret technical information? </w:t>
      </w:r>
    </w:p>
    <w:p w14:paraId="5309773A" w14:textId="2EA855EB" w:rsidR="00201521" w:rsidRDefault="00000000">
      <w:pPr>
        <w:rPr>
          <w:rFonts w:ascii="Aptos" w:eastAsia="Aptos" w:hAnsi="Aptos" w:cs="Aptos"/>
          <w:color w:val="7030A0"/>
        </w:rPr>
      </w:pPr>
      <w:r>
        <w:rPr>
          <w:rFonts w:ascii="Aptos" w:eastAsia="Aptos" w:hAnsi="Aptos" w:cs="Aptos"/>
          <w:color w:val="7030A0"/>
        </w:rPr>
        <w:t xml:space="preserve">Guidance should explicitly encourage early engagement of conveyancers, surveyors and other </w:t>
      </w:r>
      <w:proofErr w:type="gramStart"/>
      <w:r>
        <w:rPr>
          <w:rFonts w:ascii="Aptos" w:eastAsia="Aptos" w:hAnsi="Aptos" w:cs="Aptos"/>
          <w:color w:val="7030A0"/>
        </w:rPr>
        <w:t>specialists pre-listing</w:t>
      </w:r>
      <w:proofErr w:type="gramEnd"/>
      <w:r>
        <w:rPr>
          <w:rFonts w:ascii="Aptos" w:eastAsia="Aptos" w:hAnsi="Aptos" w:cs="Aptos"/>
          <w:color w:val="7030A0"/>
        </w:rPr>
        <w:t xml:space="preserve">.  </w:t>
      </w:r>
      <w:r w:rsidR="00FD169C">
        <w:rPr>
          <w:rFonts w:ascii="Aptos" w:eastAsia="Aptos" w:hAnsi="Aptos" w:cs="Aptos"/>
          <w:color w:val="7030A0"/>
        </w:rPr>
        <w:t>Estate agents</w:t>
      </w:r>
      <w:r>
        <w:rPr>
          <w:rFonts w:ascii="Aptos" w:eastAsia="Aptos" w:hAnsi="Aptos" w:cs="Aptos"/>
          <w:color w:val="7030A0"/>
        </w:rPr>
        <w:t xml:space="preserve"> </w:t>
      </w:r>
      <w:proofErr w:type="gramStart"/>
      <w:r>
        <w:rPr>
          <w:rFonts w:ascii="Aptos" w:eastAsia="Aptos" w:hAnsi="Aptos" w:cs="Aptos"/>
          <w:color w:val="7030A0"/>
        </w:rPr>
        <w:t>should</w:t>
      </w:r>
      <w:proofErr w:type="gramEnd"/>
      <w:r>
        <w:rPr>
          <w:rFonts w:ascii="Aptos" w:eastAsia="Aptos" w:hAnsi="Aptos" w:cs="Aptos"/>
          <w:color w:val="7030A0"/>
        </w:rPr>
        <w:t xml:space="preserve"> evidence how they have verified the MI either through an expert</w:t>
      </w:r>
      <w:r w:rsidR="00A9535C">
        <w:rPr>
          <w:rFonts w:ascii="Aptos" w:eastAsia="Aptos" w:hAnsi="Aptos" w:cs="Aptos"/>
          <w:color w:val="7030A0"/>
        </w:rPr>
        <w:t>ly</w:t>
      </w:r>
      <w:r>
        <w:rPr>
          <w:rFonts w:ascii="Aptos" w:eastAsia="Aptos" w:hAnsi="Aptos" w:cs="Aptos"/>
          <w:color w:val="7030A0"/>
        </w:rPr>
        <w:t xml:space="preserve"> qualified professional, by obtaining the information from the relevant Authority directly, and using digital property packs validated by professionals.  Whil</w:t>
      </w:r>
      <w:r w:rsidR="00A9535C">
        <w:rPr>
          <w:rFonts w:ascii="Aptos" w:eastAsia="Aptos" w:hAnsi="Aptos" w:cs="Aptos"/>
          <w:color w:val="7030A0"/>
        </w:rPr>
        <w:t>e</w:t>
      </w:r>
      <w:r>
        <w:rPr>
          <w:rFonts w:ascii="Aptos" w:eastAsia="Aptos" w:hAnsi="Aptos" w:cs="Aptos"/>
          <w:color w:val="7030A0"/>
        </w:rPr>
        <w:t xml:space="preserve"> the seller will need to pay for the expertise, that cost will be </w:t>
      </w:r>
      <w:proofErr w:type="gramStart"/>
      <w:r>
        <w:rPr>
          <w:rFonts w:ascii="Aptos" w:eastAsia="Aptos" w:hAnsi="Aptos" w:cs="Aptos"/>
          <w:color w:val="7030A0"/>
        </w:rPr>
        <w:t>recouped</w:t>
      </w:r>
      <w:proofErr w:type="gramEnd"/>
      <w:r>
        <w:rPr>
          <w:rFonts w:ascii="Aptos" w:eastAsia="Aptos" w:hAnsi="Aptos" w:cs="Aptos"/>
          <w:color w:val="7030A0"/>
        </w:rPr>
        <w:t xml:space="preserve"> from the reduction of fall throughs.</w:t>
      </w:r>
      <w:r w:rsidR="00FD169C">
        <w:rPr>
          <w:rFonts w:ascii="Aptos" w:eastAsia="Aptos" w:hAnsi="Aptos" w:cs="Aptos"/>
          <w:color w:val="7030A0"/>
        </w:rPr>
        <w:t xml:space="preserve"> </w:t>
      </w:r>
      <w:r>
        <w:rPr>
          <w:rFonts w:ascii="Aptos" w:eastAsia="Aptos" w:hAnsi="Aptos" w:cs="Aptos"/>
          <w:color w:val="7030A0"/>
        </w:rPr>
        <w:t xml:space="preserve">There should also be a benefit in reducing the time to exchange by limiting the number of enquiries raised </w:t>
      </w:r>
      <w:proofErr w:type="gramStart"/>
      <w:r>
        <w:rPr>
          <w:rFonts w:ascii="Aptos" w:eastAsia="Aptos" w:hAnsi="Aptos" w:cs="Aptos"/>
          <w:color w:val="7030A0"/>
        </w:rPr>
        <w:t>at a later date</w:t>
      </w:r>
      <w:proofErr w:type="gramEnd"/>
      <w:r>
        <w:rPr>
          <w:rFonts w:ascii="Aptos" w:eastAsia="Aptos" w:hAnsi="Aptos" w:cs="Aptos"/>
          <w:color w:val="7030A0"/>
        </w:rPr>
        <w:t>.</w:t>
      </w:r>
    </w:p>
    <w:p w14:paraId="2D2FC71C" w14:textId="77777777" w:rsidR="00201521" w:rsidRPr="00EF6A89" w:rsidRDefault="00000000" w:rsidP="00BA67DB">
      <w:pPr>
        <w:pStyle w:val="Heading2"/>
        <w:rPr>
          <w:rFonts w:ascii="Aptos" w:hAnsi="Aptos"/>
          <w:sz w:val="22"/>
        </w:rPr>
      </w:pPr>
      <w:r w:rsidRPr="00EF6A89">
        <w:rPr>
          <w:rFonts w:ascii="Aptos" w:hAnsi="Aptos"/>
          <w:sz w:val="22"/>
        </w:rPr>
        <w:t>Question 15</w:t>
      </w:r>
    </w:p>
    <w:p w14:paraId="1CF64B40" w14:textId="77777777" w:rsidR="00201521" w:rsidRDefault="00000000">
      <w:pPr>
        <w:rPr>
          <w:rFonts w:ascii="Aptos" w:eastAsia="Aptos" w:hAnsi="Aptos" w:cs="Aptos"/>
        </w:rPr>
      </w:pPr>
      <w:r>
        <w:rPr>
          <w:rFonts w:ascii="Aptos" w:eastAsia="Aptos" w:hAnsi="Aptos" w:cs="Aptos"/>
        </w:rPr>
        <w:t>What should guidance say about estate agents working with other property professionals such as managing agents, mortgage advisers, lenders etcetera?</w:t>
      </w:r>
    </w:p>
    <w:p w14:paraId="21BAD676" w14:textId="0AF4EDF1" w:rsidR="00FD169C" w:rsidRDefault="00FD169C">
      <w:pPr>
        <w:rPr>
          <w:rFonts w:ascii="Aptos" w:eastAsia="Aptos" w:hAnsi="Aptos" w:cs="Aptos"/>
          <w:color w:val="7030A0"/>
        </w:rPr>
      </w:pPr>
      <w:r>
        <w:rPr>
          <w:rFonts w:ascii="Aptos" w:eastAsia="Aptos" w:hAnsi="Aptos" w:cs="Aptos"/>
          <w:color w:val="7030A0"/>
        </w:rPr>
        <w:t xml:space="preserve">There is currently no legislative requirement </w:t>
      </w:r>
      <w:r w:rsidR="00416368">
        <w:rPr>
          <w:rFonts w:ascii="Aptos" w:eastAsia="Aptos" w:hAnsi="Aptos" w:cs="Aptos"/>
          <w:color w:val="7030A0"/>
        </w:rPr>
        <w:t>o</w:t>
      </w:r>
      <w:r>
        <w:rPr>
          <w:rFonts w:ascii="Aptos" w:eastAsia="Aptos" w:hAnsi="Aptos" w:cs="Aptos"/>
          <w:color w:val="7030A0"/>
        </w:rPr>
        <w:t xml:space="preserve">n landlords or property managers to provide information required for the sale, including the MI, LPE1 or FME1 so legislation and guidance is needed to ensure they do provide the relevant information in a timely manager and for a reasonable fee.  </w:t>
      </w:r>
    </w:p>
    <w:p w14:paraId="2FB19411" w14:textId="58B44B19" w:rsidR="00201521" w:rsidRDefault="00000000">
      <w:pPr>
        <w:rPr>
          <w:rFonts w:ascii="Aptos" w:eastAsia="Aptos" w:hAnsi="Aptos" w:cs="Aptos"/>
          <w:color w:val="7030A0"/>
        </w:rPr>
      </w:pPr>
      <w:r>
        <w:rPr>
          <w:rFonts w:ascii="Aptos" w:eastAsia="Aptos" w:hAnsi="Aptos" w:cs="Aptos"/>
          <w:color w:val="7030A0"/>
        </w:rPr>
        <w:t>Agents</w:t>
      </w:r>
      <w:r w:rsidR="00A9535C">
        <w:rPr>
          <w:rFonts w:ascii="Aptos" w:eastAsia="Aptos" w:hAnsi="Aptos" w:cs="Aptos"/>
          <w:color w:val="7030A0"/>
        </w:rPr>
        <w:t>’</w:t>
      </w:r>
      <w:r>
        <w:rPr>
          <w:rFonts w:ascii="Aptos" w:eastAsia="Aptos" w:hAnsi="Aptos" w:cs="Aptos"/>
          <w:color w:val="7030A0"/>
        </w:rPr>
        <w:t xml:space="preserve"> </w:t>
      </w:r>
      <w:r w:rsidR="00FD169C">
        <w:rPr>
          <w:rFonts w:ascii="Aptos" w:eastAsia="Aptos" w:hAnsi="Aptos" w:cs="Aptos"/>
          <w:color w:val="7030A0"/>
        </w:rPr>
        <w:t>technology c</w:t>
      </w:r>
      <w:r>
        <w:rPr>
          <w:rFonts w:ascii="Aptos" w:eastAsia="Aptos" w:hAnsi="Aptos" w:cs="Aptos"/>
          <w:color w:val="7030A0"/>
        </w:rPr>
        <w:t xml:space="preserve">ould </w:t>
      </w:r>
      <w:r w:rsidR="00FD169C">
        <w:rPr>
          <w:rFonts w:ascii="Aptos" w:eastAsia="Aptos" w:hAnsi="Aptos" w:cs="Aptos"/>
          <w:color w:val="7030A0"/>
        </w:rPr>
        <w:t xml:space="preserve">digitally </w:t>
      </w:r>
      <w:r>
        <w:rPr>
          <w:rFonts w:ascii="Aptos" w:eastAsia="Aptos" w:hAnsi="Aptos" w:cs="Aptos"/>
          <w:color w:val="7030A0"/>
        </w:rPr>
        <w:t>integrate with managing agents, lenders, and brokers via secure APIs to</w:t>
      </w:r>
      <w:r w:rsidR="00FD169C">
        <w:rPr>
          <w:rFonts w:ascii="Aptos" w:eastAsia="Aptos" w:hAnsi="Aptos" w:cs="Aptos"/>
          <w:color w:val="7030A0"/>
        </w:rPr>
        <w:t xml:space="preserve"> efficiently share data and</w:t>
      </w:r>
      <w:r>
        <w:rPr>
          <w:rFonts w:ascii="Aptos" w:eastAsia="Aptos" w:hAnsi="Aptos" w:cs="Aptos"/>
          <w:color w:val="7030A0"/>
        </w:rPr>
        <w:t xml:space="preserve"> avoid data duplication. Each profession should contribute verified data into a shared digital property record.  </w:t>
      </w:r>
    </w:p>
    <w:p w14:paraId="4A2F9D15" w14:textId="77777777" w:rsidR="00CA2D67" w:rsidRPr="00CA2D67" w:rsidRDefault="00CA2D67" w:rsidP="00CA2D67">
      <w:pPr>
        <w:pStyle w:val="Heading2"/>
      </w:pPr>
      <w:bookmarkStart w:id="5" w:name="_Toc215489313"/>
      <w:r w:rsidRPr="00CA2D67">
        <w:t>F. Verification and data accuracy</w:t>
      </w:r>
      <w:bookmarkEnd w:id="5"/>
    </w:p>
    <w:p w14:paraId="4A8A2465" w14:textId="77777777" w:rsidR="00201521" w:rsidRPr="00EF6A89" w:rsidRDefault="00000000" w:rsidP="00BA67DB">
      <w:pPr>
        <w:pStyle w:val="Heading2"/>
        <w:rPr>
          <w:rFonts w:ascii="Aptos" w:hAnsi="Aptos"/>
          <w:sz w:val="22"/>
        </w:rPr>
      </w:pPr>
      <w:r w:rsidRPr="00EF6A89">
        <w:rPr>
          <w:rFonts w:ascii="Aptos" w:hAnsi="Aptos"/>
          <w:sz w:val="22"/>
        </w:rPr>
        <w:t>Question 16</w:t>
      </w:r>
    </w:p>
    <w:p w14:paraId="30A316D3" w14:textId="77777777" w:rsidR="00201521" w:rsidRDefault="00000000">
      <w:pPr>
        <w:rPr>
          <w:rFonts w:ascii="Aptos" w:eastAsia="Aptos" w:hAnsi="Aptos" w:cs="Aptos"/>
        </w:rPr>
      </w:pPr>
      <w:r>
        <w:rPr>
          <w:rFonts w:ascii="Aptos" w:eastAsia="Aptos" w:hAnsi="Aptos" w:cs="Aptos"/>
        </w:rPr>
        <w:t>How could guidance on material information ensure data gathered by estate agents, and supplied by sellers, is as accurate as possible? </w:t>
      </w:r>
    </w:p>
    <w:p w14:paraId="7BAF7836" w14:textId="4C0050E5" w:rsidR="00201521" w:rsidRDefault="00000000">
      <w:pPr>
        <w:rPr>
          <w:rFonts w:ascii="Aptos" w:eastAsia="Aptos" w:hAnsi="Aptos" w:cs="Aptos"/>
          <w:color w:val="7030A0"/>
        </w:rPr>
      </w:pPr>
      <w:r>
        <w:rPr>
          <w:rFonts w:ascii="Aptos" w:eastAsia="Aptos" w:hAnsi="Aptos" w:cs="Aptos"/>
          <w:color w:val="7030A0"/>
        </w:rPr>
        <w:t xml:space="preserve">Guidance should promote use of trusted data sources: HMLR, </w:t>
      </w:r>
      <w:proofErr w:type="spellStart"/>
      <w:r>
        <w:rPr>
          <w:rFonts w:ascii="Aptos" w:eastAsia="Aptos" w:hAnsi="Aptos" w:cs="Aptos"/>
          <w:color w:val="7030A0"/>
        </w:rPr>
        <w:t>GeoPlace</w:t>
      </w:r>
      <w:proofErr w:type="spellEnd"/>
      <w:r>
        <w:rPr>
          <w:rFonts w:ascii="Aptos" w:eastAsia="Aptos" w:hAnsi="Aptos" w:cs="Aptos"/>
          <w:color w:val="7030A0"/>
        </w:rPr>
        <w:t>, EPC register, and local authority APIs. The guidance should also promote a list of which specialist has the expertise to provide the advice on the MI, for example</w:t>
      </w:r>
      <w:r w:rsidR="00A9535C">
        <w:rPr>
          <w:rFonts w:ascii="Aptos" w:eastAsia="Aptos" w:hAnsi="Aptos" w:cs="Aptos"/>
          <w:color w:val="7030A0"/>
        </w:rPr>
        <w:t>,</w:t>
      </w:r>
      <w:r>
        <w:rPr>
          <w:rFonts w:ascii="Aptos" w:eastAsia="Aptos" w:hAnsi="Aptos" w:cs="Aptos"/>
          <w:color w:val="7030A0"/>
        </w:rPr>
        <w:t xml:space="preserve"> a conveyancing lawyer, surveyor or mortgage </w:t>
      </w:r>
      <w:r w:rsidR="00A9535C">
        <w:rPr>
          <w:rFonts w:ascii="Aptos" w:eastAsia="Aptos" w:hAnsi="Aptos" w:cs="Aptos"/>
          <w:color w:val="7030A0"/>
        </w:rPr>
        <w:t>broker</w:t>
      </w:r>
      <w:r>
        <w:rPr>
          <w:rFonts w:ascii="Aptos" w:eastAsia="Aptos" w:hAnsi="Aptos" w:cs="Aptos"/>
          <w:color w:val="7030A0"/>
        </w:rPr>
        <w:t>. The Digital Property Information Protocol Working Group in the DPMSG have identified which specialist can advise on each type of MI.</w:t>
      </w:r>
    </w:p>
    <w:p w14:paraId="15A3AE79" w14:textId="0818F3F6" w:rsidR="00201521" w:rsidRDefault="00FD169C">
      <w:pPr>
        <w:rPr>
          <w:rFonts w:ascii="Aptos" w:eastAsia="Aptos" w:hAnsi="Aptos" w:cs="Aptos"/>
          <w:color w:val="7030A0"/>
        </w:rPr>
      </w:pPr>
      <w:r>
        <w:rPr>
          <w:rFonts w:ascii="Aptos" w:eastAsia="Aptos" w:hAnsi="Aptos" w:cs="Aptos"/>
          <w:color w:val="7030A0"/>
        </w:rPr>
        <w:t>To provide accuracy, each data point should include provenance metadata showing its origin and refresh date.</w:t>
      </w:r>
    </w:p>
    <w:p w14:paraId="43691F5D" w14:textId="77777777" w:rsidR="00201521" w:rsidRPr="00EF6A89" w:rsidRDefault="00000000" w:rsidP="00BA67DB">
      <w:pPr>
        <w:pStyle w:val="Heading2"/>
        <w:rPr>
          <w:rFonts w:ascii="Aptos" w:hAnsi="Aptos"/>
          <w:sz w:val="22"/>
        </w:rPr>
      </w:pPr>
      <w:r w:rsidRPr="00EF6A89">
        <w:rPr>
          <w:rFonts w:ascii="Aptos" w:hAnsi="Aptos"/>
          <w:sz w:val="22"/>
        </w:rPr>
        <w:t>Question 17</w:t>
      </w:r>
    </w:p>
    <w:p w14:paraId="32E51099" w14:textId="77777777" w:rsidR="00201521" w:rsidRDefault="00000000">
      <w:pPr>
        <w:rPr>
          <w:rFonts w:ascii="Aptos" w:eastAsia="Aptos" w:hAnsi="Aptos" w:cs="Aptos"/>
        </w:rPr>
      </w:pPr>
      <w:r>
        <w:rPr>
          <w:rFonts w:ascii="Aptos" w:eastAsia="Aptos" w:hAnsi="Aptos" w:cs="Aptos"/>
        </w:rPr>
        <w:t>What else could government do to ensure information gathered by estate agents is as reliable as possible? </w:t>
      </w:r>
    </w:p>
    <w:p w14:paraId="18BA80F2" w14:textId="77777777" w:rsidR="00201521" w:rsidRDefault="00000000">
      <w:pPr>
        <w:rPr>
          <w:rFonts w:ascii="Aptos" w:eastAsia="Aptos" w:hAnsi="Aptos" w:cs="Aptos"/>
          <w:color w:val="7030A0"/>
        </w:rPr>
      </w:pPr>
      <w:r>
        <w:rPr>
          <w:rFonts w:ascii="Aptos" w:eastAsia="Aptos" w:hAnsi="Aptos" w:cs="Aptos"/>
          <w:color w:val="7030A0"/>
        </w:rPr>
        <w:t>Mandate digital provenance standards under the Data (Use and Access) Act 2025 and require estate agents to use approved digital ID and property data providers.</w:t>
      </w:r>
    </w:p>
    <w:p w14:paraId="699B0183" w14:textId="432C4825" w:rsidR="00FD169C" w:rsidRDefault="00000000">
      <w:pPr>
        <w:rPr>
          <w:rFonts w:ascii="Aptos" w:eastAsia="Aptos" w:hAnsi="Aptos" w:cs="Aptos"/>
          <w:color w:val="7030A0"/>
        </w:rPr>
      </w:pPr>
      <w:r>
        <w:rPr>
          <w:rFonts w:ascii="Aptos" w:eastAsia="Aptos" w:hAnsi="Aptos" w:cs="Aptos"/>
          <w:color w:val="7030A0"/>
        </w:rPr>
        <w:t xml:space="preserve">Create the Regulator of Property Agents and mandate audits to ensure agents are complying and </w:t>
      </w:r>
      <w:proofErr w:type="gramStart"/>
      <w:r>
        <w:rPr>
          <w:rFonts w:ascii="Aptos" w:eastAsia="Aptos" w:hAnsi="Aptos" w:cs="Aptos"/>
          <w:color w:val="7030A0"/>
        </w:rPr>
        <w:t>noting</w:t>
      </w:r>
      <w:proofErr w:type="gramEnd"/>
      <w:r>
        <w:rPr>
          <w:rFonts w:ascii="Aptos" w:eastAsia="Aptos" w:hAnsi="Aptos" w:cs="Aptos"/>
          <w:color w:val="7030A0"/>
        </w:rPr>
        <w:t xml:space="preserve"> how they have verified the MI data provided. </w:t>
      </w:r>
    </w:p>
    <w:p w14:paraId="72CEC51A" w14:textId="77777777" w:rsidR="00FD169C" w:rsidRDefault="00FD169C" w:rsidP="00FD169C">
      <w:pPr>
        <w:rPr>
          <w:rFonts w:ascii="Aptos" w:eastAsia="Aptos" w:hAnsi="Aptos" w:cs="Aptos"/>
          <w:color w:val="7030A0"/>
        </w:rPr>
      </w:pPr>
      <w:r>
        <w:rPr>
          <w:rFonts w:ascii="Aptos" w:eastAsia="Aptos" w:hAnsi="Aptos" w:cs="Aptos"/>
          <w:color w:val="7030A0"/>
        </w:rPr>
        <w:t>Provide training and guidance on how to verify the MI.</w:t>
      </w:r>
    </w:p>
    <w:p w14:paraId="45F182B4" w14:textId="0E1A2E40" w:rsidR="00201521" w:rsidRDefault="00000000">
      <w:pPr>
        <w:rPr>
          <w:rFonts w:ascii="Aptos" w:eastAsia="Aptos" w:hAnsi="Aptos" w:cs="Aptos"/>
          <w:color w:val="8064A2" w:themeColor="accent4"/>
          <w:sz w:val="24"/>
          <w:szCs w:val="24"/>
        </w:rPr>
      </w:pPr>
      <w:r w:rsidRPr="00FD169C">
        <w:rPr>
          <w:rFonts w:ascii="Aptos" w:eastAsia="Roboto" w:hAnsi="Aptos" w:cs="Roboto"/>
          <w:color w:val="8064A2" w:themeColor="accent4"/>
        </w:rPr>
        <w:t>Estate Agents are running a business and anything that gets in the way of them selling properties will be seen as a negative. Therefore</w:t>
      </w:r>
      <w:r w:rsidR="00A9535C">
        <w:rPr>
          <w:rFonts w:ascii="Aptos" w:eastAsia="Roboto" w:hAnsi="Aptos" w:cs="Roboto"/>
          <w:color w:val="8064A2" w:themeColor="accent4"/>
        </w:rPr>
        <w:t>,</w:t>
      </w:r>
      <w:r w:rsidRPr="00FD169C">
        <w:rPr>
          <w:rFonts w:ascii="Aptos" w:eastAsia="Roboto" w:hAnsi="Aptos" w:cs="Roboto"/>
          <w:color w:val="8064A2" w:themeColor="accent4"/>
        </w:rPr>
        <w:t xml:space="preserve"> any regulator needs to have teeth and be able to take enforcement action and </w:t>
      </w:r>
      <w:proofErr w:type="gramStart"/>
      <w:r w:rsidRPr="00FD169C">
        <w:rPr>
          <w:rFonts w:ascii="Aptos" w:eastAsia="Roboto" w:hAnsi="Aptos" w:cs="Roboto"/>
          <w:color w:val="8064A2" w:themeColor="accent4"/>
        </w:rPr>
        <w:t>actually take</w:t>
      </w:r>
      <w:proofErr w:type="gramEnd"/>
      <w:r w:rsidRPr="00FD169C">
        <w:rPr>
          <w:rFonts w:ascii="Aptos" w:eastAsia="Roboto" w:hAnsi="Aptos" w:cs="Roboto"/>
          <w:color w:val="8064A2" w:themeColor="accent4"/>
        </w:rPr>
        <w:t xml:space="preserve"> that action, </w:t>
      </w:r>
      <w:r w:rsidR="00A9535C">
        <w:rPr>
          <w:rFonts w:ascii="Aptos" w:eastAsia="Roboto" w:hAnsi="Aptos" w:cs="Roboto"/>
          <w:color w:val="8064A2" w:themeColor="accent4"/>
        </w:rPr>
        <w:t>issuing</w:t>
      </w:r>
      <w:r w:rsidRPr="00FD169C">
        <w:rPr>
          <w:rFonts w:ascii="Aptos" w:eastAsia="Roboto" w:hAnsi="Aptos" w:cs="Roboto"/>
          <w:color w:val="8064A2" w:themeColor="accent4"/>
        </w:rPr>
        <w:t xml:space="preserve"> fines that </w:t>
      </w:r>
      <w:proofErr w:type="gramStart"/>
      <w:r w:rsidRPr="00FD169C">
        <w:rPr>
          <w:rFonts w:ascii="Aptos" w:eastAsia="Roboto" w:hAnsi="Aptos" w:cs="Roboto"/>
          <w:color w:val="8064A2" w:themeColor="accent4"/>
        </w:rPr>
        <w:t>actually mean</w:t>
      </w:r>
      <w:proofErr w:type="gramEnd"/>
      <w:r w:rsidRPr="00FD169C">
        <w:rPr>
          <w:rFonts w:ascii="Aptos" w:eastAsia="Roboto" w:hAnsi="Aptos" w:cs="Roboto"/>
          <w:color w:val="8064A2" w:themeColor="accent4"/>
        </w:rPr>
        <w:t xml:space="preserve"> something. If agents pay lip</w:t>
      </w:r>
      <w:r w:rsidR="00A9535C">
        <w:rPr>
          <w:rFonts w:ascii="Aptos" w:eastAsia="Roboto" w:hAnsi="Aptos" w:cs="Roboto"/>
          <w:color w:val="8064A2" w:themeColor="accent4"/>
        </w:rPr>
        <w:t>-</w:t>
      </w:r>
      <w:r w:rsidRPr="00FD169C">
        <w:rPr>
          <w:rFonts w:ascii="Aptos" w:eastAsia="Roboto" w:hAnsi="Aptos" w:cs="Roboto"/>
          <w:color w:val="8064A2" w:themeColor="accent4"/>
        </w:rPr>
        <w:t xml:space="preserve">service to the regulations and get away with </w:t>
      </w:r>
      <w:proofErr w:type="gramStart"/>
      <w:r w:rsidRPr="00FD169C">
        <w:rPr>
          <w:rFonts w:ascii="Aptos" w:eastAsia="Roboto" w:hAnsi="Aptos" w:cs="Roboto"/>
          <w:color w:val="8064A2" w:themeColor="accent4"/>
        </w:rPr>
        <w:t>it</w:t>
      </w:r>
      <w:proofErr w:type="gramEnd"/>
      <w:r w:rsidRPr="00FD169C">
        <w:rPr>
          <w:rFonts w:ascii="Aptos" w:eastAsia="Roboto" w:hAnsi="Aptos" w:cs="Roboto"/>
          <w:color w:val="8064A2" w:themeColor="accent4"/>
        </w:rPr>
        <w:t xml:space="preserve"> then the whole system will fail.</w:t>
      </w:r>
      <w:r w:rsidRPr="00FD169C">
        <w:rPr>
          <w:rFonts w:ascii="Aptos" w:eastAsia="Aptos" w:hAnsi="Aptos" w:cs="Aptos"/>
          <w:color w:val="8064A2" w:themeColor="accent4"/>
          <w:sz w:val="24"/>
          <w:szCs w:val="24"/>
        </w:rPr>
        <w:t xml:space="preserve"> </w:t>
      </w:r>
    </w:p>
    <w:p w14:paraId="415A83C3" w14:textId="60946215" w:rsidR="004B62E9" w:rsidRPr="00730D1C" w:rsidRDefault="004B62E9">
      <w:pPr>
        <w:rPr>
          <w:rFonts w:ascii="Aptos" w:eastAsia="Aptos" w:hAnsi="Aptos" w:cs="Aptos"/>
          <w:color w:val="8064A2" w:themeColor="accent4"/>
        </w:rPr>
      </w:pPr>
      <w:r w:rsidRPr="00730D1C">
        <w:rPr>
          <w:rFonts w:ascii="Aptos" w:eastAsia="Aptos" w:hAnsi="Aptos" w:cs="Aptos"/>
          <w:color w:val="8064A2" w:themeColor="accent4"/>
        </w:rPr>
        <w:t>Government can significantly improve the reliability of material information by combining standardisation, verification, professional support, training, digital infrastructure, and enforceable oversight. Together, these measures reduce errors, build buyer confidence, and create a consistent, transparent property market.</w:t>
      </w:r>
    </w:p>
    <w:p w14:paraId="18B493E2" w14:textId="77777777" w:rsidR="00201521" w:rsidRPr="00EF6A89" w:rsidRDefault="00000000" w:rsidP="00BA67DB">
      <w:pPr>
        <w:pStyle w:val="Heading2"/>
        <w:rPr>
          <w:rFonts w:ascii="Aptos" w:hAnsi="Aptos"/>
          <w:sz w:val="22"/>
        </w:rPr>
      </w:pPr>
      <w:r w:rsidRPr="00EF6A89">
        <w:rPr>
          <w:rFonts w:ascii="Aptos" w:hAnsi="Aptos"/>
          <w:sz w:val="22"/>
        </w:rPr>
        <w:t>Question 18</w:t>
      </w:r>
    </w:p>
    <w:p w14:paraId="6299FF2B" w14:textId="77777777" w:rsidR="00201521" w:rsidRDefault="00000000">
      <w:pPr>
        <w:rPr>
          <w:rFonts w:ascii="Aptos" w:eastAsia="Aptos" w:hAnsi="Aptos" w:cs="Aptos"/>
        </w:rPr>
      </w:pPr>
      <w:r>
        <w:rPr>
          <w:rFonts w:ascii="Aptos" w:eastAsia="Aptos" w:hAnsi="Aptos" w:cs="Aptos"/>
        </w:rPr>
        <w:t>What could other organisations and sellers do to ensure information gathered by estate agents is as reliable as possible?</w:t>
      </w:r>
    </w:p>
    <w:p w14:paraId="48DF0C0E" w14:textId="758D6057" w:rsidR="00201521" w:rsidRDefault="00000000">
      <w:pPr>
        <w:rPr>
          <w:rFonts w:ascii="Aptos" w:eastAsia="Aptos" w:hAnsi="Aptos" w:cs="Aptos"/>
          <w:color w:val="7030A0"/>
        </w:rPr>
      </w:pPr>
      <w:r>
        <w:rPr>
          <w:rFonts w:ascii="Aptos" w:eastAsia="Aptos" w:hAnsi="Aptos" w:cs="Aptos"/>
          <w:color w:val="7030A0"/>
        </w:rPr>
        <w:t xml:space="preserve">Require digital property logbooks/digital property packs to enable </w:t>
      </w:r>
      <w:r w:rsidR="00FD169C">
        <w:rPr>
          <w:rFonts w:ascii="Aptos" w:eastAsia="Aptos" w:hAnsi="Aptos" w:cs="Aptos"/>
          <w:color w:val="7030A0"/>
        </w:rPr>
        <w:t>the</w:t>
      </w:r>
      <w:r>
        <w:rPr>
          <w:rFonts w:ascii="Aptos" w:eastAsia="Aptos" w:hAnsi="Aptos" w:cs="Aptos"/>
          <w:color w:val="7030A0"/>
        </w:rPr>
        <w:t xml:space="preserve"> collation of the MI.</w:t>
      </w:r>
    </w:p>
    <w:p w14:paraId="2FDE6375" w14:textId="77777777" w:rsidR="00201521" w:rsidRDefault="00000000">
      <w:pPr>
        <w:rPr>
          <w:rFonts w:ascii="Aptos" w:eastAsia="Aptos" w:hAnsi="Aptos" w:cs="Aptos"/>
          <w:color w:val="7030A0"/>
        </w:rPr>
      </w:pPr>
      <w:r>
        <w:rPr>
          <w:rFonts w:ascii="Aptos" w:eastAsia="Aptos" w:hAnsi="Aptos" w:cs="Aptos"/>
          <w:color w:val="7030A0"/>
        </w:rPr>
        <w:t>Sellers should provide written confirmation that data supplied is accurate to the best of their knowledge and authorise their conveyancer and surveyor to verify against source registers.</w:t>
      </w:r>
    </w:p>
    <w:p w14:paraId="2CD58C6D" w14:textId="3E329062" w:rsidR="004B62E9" w:rsidRPr="00D26FF1" w:rsidRDefault="004B62E9" w:rsidP="00D26FF1">
      <w:pPr>
        <w:rPr>
          <w:rFonts w:ascii="Aptos" w:hAnsi="Aptos"/>
          <w:color w:val="8064A2" w:themeColor="accent4"/>
        </w:rPr>
      </w:pPr>
      <w:bookmarkStart w:id="6" w:name="_Toc215489314"/>
      <w:r w:rsidRPr="00D26FF1">
        <w:rPr>
          <w:rFonts w:ascii="Aptos" w:hAnsi="Aptos"/>
          <w:color w:val="8064A2" w:themeColor="accent4"/>
        </w:rPr>
        <w:t>Guidance</w:t>
      </w:r>
      <w:bookmarkEnd w:id="6"/>
      <w:r w:rsidRPr="00730D1C">
        <w:rPr>
          <w:rFonts w:ascii="Aptos" w:eastAsia="Aptos" w:hAnsi="Aptos" w:cs="Aptos"/>
          <w:color w:val="8064A2" w:themeColor="accent4"/>
        </w:rPr>
        <w:t xml:space="preserve"> should encourage the following actions:</w:t>
      </w:r>
    </w:p>
    <w:p w14:paraId="18CFC3D6"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1. Sellers</w:t>
      </w:r>
    </w:p>
    <w:p w14:paraId="7EA4945C" w14:textId="167259C2" w:rsidR="004B62E9" w:rsidRPr="00730D1C" w:rsidRDefault="004B62E9" w:rsidP="004B62E9">
      <w:pPr>
        <w:pStyle w:val="ListParagraph"/>
        <w:numPr>
          <w:ilvl w:val="0"/>
          <w:numId w:val="37"/>
        </w:numPr>
        <w:rPr>
          <w:rFonts w:ascii="Aptos" w:eastAsia="Aptos" w:hAnsi="Aptos" w:cs="Aptos"/>
          <w:color w:val="8064A2" w:themeColor="accent4"/>
        </w:rPr>
      </w:pPr>
      <w:r w:rsidRPr="00730D1C">
        <w:rPr>
          <w:rFonts w:ascii="Aptos" w:eastAsia="Aptos" w:hAnsi="Aptos" w:cs="Aptos"/>
          <w:color w:val="8064A2" w:themeColor="accent4"/>
        </w:rPr>
        <w:t>Provide complete and accurate information early: Sellers should gather key documents (title deeds, lease</w:t>
      </w:r>
      <w:r w:rsidR="00730D1C" w:rsidRPr="00730D1C">
        <w:rPr>
          <w:rFonts w:ascii="Aptos" w:eastAsia="Aptos" w:hAnsi="Aptos" w:cs="Aptos"/>
          <w:color w:val="8064A2" w:themeColor="accent4"/>
        </w:rPr>
        <w:t>s</w:t>
      </w:r>
      <w:r w:rsidRPr="00730D1C">
        <w:rPr>
          <w:rFonts w:ascii="Aptos" w:eastAsia="Aptos" w:hAnsi="Aptos" w:cs="Aptos"/>
          <w:color w:val="8064A2" w:themeColor="accent4"/>
        </w:rPr>
        <w:t>, service charge statements, warranties) before marketing.</w:t>
      </w:r>
    </w:p>
    <w:p w14:paraId="4A998037" w14:textId="49DFD5FB" w:rsidR="004B62E9" w:rsidRPr="00730D1C" w:rsidRDefault="004B62E9" w:rsidP="004B62E9">
      <w:pPr>
        <w:pStyle w:val="ListParagraph"/>
        <w:numPr>
          <w:ilvl w:val="0"/>
          <w:numId w:val="37"/>
        </w:numPr>
        <w:rPr>
          <w:rFonts w:ascii="Aptos" w:eastAsia="Aptos" w:hAnsi="Aptos" w:cs="Aptos"/>
          <w:color w:val="8064A2" w:themeColor="accent4"/>
        </w:rPr>
      </w:pPr>
      <w:r w:rsidRPr="00730D1C">
        <w:rPr>
          <w:rFonts w:ascii="Aptos" w:eastAsia="Aptos" w:hAnsi="Aptos" w:cs="Aptos"/>
          <w:color w:val="8064A2" w:themeColor="accent4"/>
        </w:rPr>
        <w:t xml:space="preserve">Formal declarations: Sellers should sign a statement confirming the information </w:t>
      </w:r>
      <w:r w:rsidR="00EB6D85">
        <w:rPr>
          <w:rFonts w:ascii="Aptos" w:eastAsia="Aptos" w:hAnsi="Aptos" w:cs="Aptos"/>
          <w:color w:val="8064A2" w:themeColor="accent4"/>
        </w:rPr>
        <w:t>provided</w:t>
      </w:r>
      <w:r w:rsidRPr="00730D1C">
        <w:rPr>
          <w:rFonts w:ascii="Aptos" w:eastAsia="Aptos" w:hAnsi="Aptos" w:cs="Aptos"/>
          <w:color w:val="8064A2" w:themeColor="accent4"/>
        </w:rPr>
        <w:t xml:space="preserve"> is true to the best of their knowledge.</w:t>
      </w:r>
    </w:p>
    <w:p w14:paraId="7B02B0EA" w14:textId="77777777" w:rsidR="004B62E9" w:rsidRPr="00730D1C" w:rsidRDefault="004B62E9" w:rsidP="004B62E9">
      <w:pPr>
        <w:pStyle w:val="ListParagraph"/>
        <w:numPr>
          <w:ilvl w:val="0"/>
          <w:numId w:val="37"/>
        </w:numPr>
        <w:rPr>
          <w:rFonts w:ascii="Aptos" w:eastAsia="Aptos" w:hAnsi="Aptos" w:cs="Aptos"/>
          <w:color w:val="8064A2" w:themeColor="accent4"/>
        </w:rPr>
      </w:pPr>
      <w:r w:rsidRPr="00730D1C">
        <w:rPr>
          <w:rFonts w:ascii="Aptos" w:eastAsia="Aptos" w:hAnsi="Aptos" w:cs="Aptos"/>
          <w:color w:val="8064A2" w:themeColor="accent4"/>
        </w:rPr>
        <w:t xml:space="preserve">Notify known issues: Sellers should proactively disclose defects, planned </w:t>
      </w:r>
      <w:proofErr w:type="gramStart"/>
      <w:r w:rsidRPr="00730D1C">
        <w:rPr>
          <w:rFonts w:ascii="Aptos" w:eastAsia="Aptos" w:hAnsi="Aptos" w:cs="Aptos"/>
          <w:color w:val="8064A2" w:themeColor="accent4"/>
        </w:rPr>
        <w:t>works</w:t>
      </w:r>
      <w:proofErr w:type="gramEnd"/>
      <w:r w:rsidRPr="00730D1C">
        <w:rPr>
          <w:rFonts w:ascii="Aptos" w:eastAsia="Aptos" w:hAnsi="Aptos" w:cs="Aptos"/>
          <w:color w:val="8064A2" w:themeColor="accent4"/>
        </w:rPr>
        <w:t>, disputes, or restrictions affecting the property.</w:t>
      </w:r>
    </w:p>
    <w:p w14:paraId="7B51B213" w14:textId="16EAFD4E"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2. Conveyanc</w:t>
      </w:r>
      <w:r w:rsidR="00EF6A89">
        <w:rPr>
          <w:rFonts w:ascii="Aptos" w:eastAsia="Aptos" w:hAnsi="Aptos" w:cs="Aptos"/>
          <w:color w:val="8064A2" w:themeColor="accent4"/>
        </w:rPr>
        <w:t>ing Lawyers</w:t>
      </w:r>
    </w:p>
    <w:p w14:paraId="3897F703" w14:textId="77777777" w:rsidR="004B62E9" w:rsidRPr="00730D1C" w:rsidRDefault="004B62E9" w:rsidP="004B62E9">
      <w:pPr>
        <w:pStyle w:val="ListParagraph"/>
        <w:numPr>
          <w:ilvl w:val="0"/>
          <w:numId w:val="38"/>
        </w:numPr>
        <w:rPr>
          <w:rFonts w:ascii="Aptos" w:eastAsia="Aptos" w:hAnsi="Aptos" w:cs="Aptos"/>
          <w:color w:val="8064A2" w:themeColor="accent4"/>
        </w:rPr>
      </w:pPr>
      <w:r w:rsidRPr="00730D1C">
        <w:rPr>
          <w:rFonts w:ascii="Aptos" w:eastAsia="Aptos" w:hAnsi="Aptos" w:cs="Aptos"/>
          <w:color w:val="8064A2" w:themeColor="accent4"/>
        </w:rPr>
        <w:t>Supply verified summaries of legal matters affecting the property (lease terms, easements, covenants, title issues) promptly to agents.</w:t>
      </w:r>
    </w:p>
    <w:p w14:paraId="50133CFD" w14:textId="77777777" w:rsidR="004B62E9" w:rsidRPr="00730D1C" w:rsidRDefault="004B62E9" w:rsidP="004B62E9">
      <w:pPr>
        <w:pStyle w:val="ListParagraph"/>
        <w:numPr>
          <w:ilvl w:val="0"/>
          <w:numId w:val="38"/>
        </w:numPr>
        <w:rPr>
          <w:rFonts w:ascii="Aptos" w:eastAsia="Aptos" w:hAnsi="Aptos" w:cs="Aptos"/>
          <w:color w:val="8064A2" w:themeColor="accent4"/>
        </w:rPr>
      </w:pPr>
      <w:r w:rsidRPr="00730D1C">
        <w:rPr>
          <w:rFonts w:ascii="Aptos" w:eastAsia="Aptos" w:hAnsi="Aptos" w:cs="Aptos"/>
          <w:color w:val="8064A2" w:themeColor="accent4"/>
        </w:rPr>
        <w:t>Respond quickly to agent enquiries to avoid delays in disclosure.</w:t>
      </w:r>
    </w:p>
    <w:p w14:paraId="5CC460FB"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3. Surveyors and Building Professionals</w:t>
      </w:r>
    </w:p>
    <w:p w14:paraId="6BF3E926" w14:textId="2B20E36A" w:rsidR="004B62E9" w:rsidRPr="00730D1C" w:rsidRDefault="004B62E9" w:rsidP="004B62E9">
      <w:pPr>
        <w:pStyle w:val="ListParagraph"/>
        <w:numPr>
          <w:ilvl w:val="0"/>
          <w:numId w:val="39"/>
        </w:numPr>
        <w:rPr>
          <w:rFonts w:ascii="Aptos" w:eastAsia="Aptos" w:hAnsi="Aptos" w:cs="Aptos"/>
          <w:color w:val="8064A2" w:themeColor="accent4"/>
        </w:rPr>
      </w:pPr>
      <w:r w:rsidRPr="00730D1C">
        <w:rPr>
          <w:rFonts w:ascii="Aptos" w:eastAsia="Aptos" w:hAnsi="Aptos" w:cs="Aptos"/>
          <w:color w:val="8064A2" w:themeColor="accent4"/>
        </w:rPr>
        <w:t>Provide accurate, plain-language summaries of structural, building safety, or environmental reports suitable for inclusion in listings or post-offer documentation.</w:t>
      </w:r>
    </w:p>
    <w:p w14:paraId="6368FDDE" w14:textId="27C11C32" w:rsidR="004B62E9" w:rsidRPr="00730D1C" w:rsidRDefault="004B62E9" w:rsidP="004B62E9">
      <w:pPr>
        <w:pStyle w:val="ListParagraph"/>
        <w:numPr>
          <w:ilvl w:val="0"/>
          <w:numId w:val="39"/>
        </w:numPr>
        <w:rPr>
          <w:rFonts w:ascii="Aptos" w:eastAsia="Aptos" w:hAnsi="Aptos" w:cs="Aptos"/>
          <w:color w:val="8064A2" w:themeColor="accent4"/>
        </w:rPr>
      </w:pPr>
      <w:r w:rsidRPr="00730D1C">
        <w:rPr>
          <w:rFonts w:ascii="Aptos" w:eastAsia="Aptos" w:hAnsi="Aptos" w:cs="Aptos"/>
          <w:color w:val="8064A2" w:themeColor="accent4"/>
        </w:rPr>
        <w:t>Ensure technical assessments are clearly documented and supported by evidence.</w:t>
      </w:r>
    </w:p>
    <w:p w14:paraId="2B4641A3"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4. Managing Agents, Freeholders, and Housing Associations</w:t>
      </w:r>
    </w:p>
    <w:p w14:paraId="55EDEE68" w14:textId="2504C467" w:rsidR="004B62E9" w:rsidRPr="00730D1C" w:rsidRDefault="004B62E9" w:rsidP="004B62E9">
      <w:pPr>
        <w:pStyle w:val="ListParagraph"/>
        <w:numPr>
          <w:ilvl w:val="0"/>
          <w:numId w:val="40"/>
        </w:numPr>
        <w:rPr>
          <w:rFonts w:ascii="Aptos" w:eastAsia="Aptos" w:hAnsi="Aptos" w:cs="Aptos"/>
          <w:color w:val="8064A2" w:themeColor="accent4"/>
        </w:rPr>
      </w:pPr>
      <w:r w:rsidRPr="00730D1C">
        <w:rPr>
          <w:rFonts w:ascii="Aptos" w:eastAsia="Aptos" w:hAnsi="Aptos" w:cs="Aptos"/>
          <w:color w:val="8064A2" w:themeColor="accent4"/>
        </w:rPr>
        <w:t xml:space="preserve">Respond to information requests efficiently, providing verified details of service charges, planned </w:t>
      </w:r>
      <w:proofErr w:type="gramStart"/>
      <w:r w:rsidRPr="00730D1C">
        <w:rPr>
          <w:rFonts w:ascii="Aptos" w:eastAsia="Aptos" w:hAnsi="Aptos" w:cs="Aptos"/>
          <w:color w:val="8064A2" w:themeColor="accent4"/>
        </w:rPr>
        <w:t>works</w:t>
      </w:r>
      <w:proofErr w:type="gramEnd"/>
      <w:r w:rsidRPr="00730D1C">
        <w:rPr>
          <w:rFonts w:ascii="Aptos" w:eastAsia="Aptos" w:hAnsi="Aptos" w:cs="Aptos"/>
          <w:color w:val="8064A2" w:themeColor="accent4"/>
        </w:rPr>
        <w:t xml:space="preserve">, </w:t>
      </w:r>
      <w:r w:rsidR="00730D1C" w:rsidRPr="00730D1C">
        <w:rPr>
          <w:rFonts w:ascii="Aptos" w:eastAsia="Aptos" w:hAnsi="Aptos" w:cs="Aptos"/>
          <w:color w:val="8064A2" w:themeColor="accent4"/>
        </w:rPr>
        <w:t xml:space="preserve">consents, </w:t>
      </w:r>
      <w:r w:rsidRPr="00730D1C">
        <w:rPr>
          <w:rFonts w:ascii="Aptos" w:eastAsia="Aptos" w:hAnsi="Aptos" w:cs="Aptos"/>
          <w:color w:val="8064A2" w:themeColor="accent4"/>
        </w:rPr>
        <w:t>ground rent, and building maintenance obligations.</w:t>
      </w:r>
    </w:p>
    <w:p w14:paraId="5F64B756" w14:textId="77777777" w:rsidR="004B62E9" w:rsidRPr="00730D1C" w:rsidRDefault="004B62E9" w:rsidP="004B62E9">
      <w:pPr>
        <w:pStyle w:val="ListParagraph"/>
        <w:numPr>
          <w:ilvl w:val="0"/>
          <w:numId w:val="40"/>
        </w:numPr>
        <w:rPr>
          <w:rFonts w:ascii="Aptos" w:eastAsia="Aptos" w:hAnsi="Aptos" w:cs="Aptos"/>
          <w:color w:val="8064A2" w:themeColor="accent4"/>
        </w:rPr>
      </w:pPr>
      <w:r w:rsidRPr="00730D1C">
        <w:rPr>
          <w:rFonts w:ascii="Aptos" w:eastAsia="Aptos" w:hAnsi="Aptos" w:cs="Aptos"/>
          <w:color w:val="8064A2" w:themeColor="accent4"/>
        </w:rPr>
        <w:t>Use standardised formats or templates to reduce errors and inconsistencies.</w:t>
      </w:r>
    </w:p>
    <w:p w14:paraId="13E7BE4A"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5. Lenders and Mortgage Advisers</w:t>
      </w:r>
    </w:p>
    <w:p w14:paraId="768A78DB" w14:textId="77777777" w:rsidR="004B62E9" w:rsidRPr="00730D1C" w:rsidRDefault="004B62E9" w:rsidP="004B62E9">
      <w:pPr>
        <w:pStyle w:val="ListParagraph"/>
        <w:numPr>
          <w:ilvl w:val="0"/>
          <w:numId w:val="41"/>
        </w:numPr>
        <w:rPr>
          <w:rFonts w:ascii="Aptos" w:eastAsia="Aptos" w:hAnsi="Aptos" w:cs="Aptos"/>
          <w:color w:val="8064A2" w:themeColor="accent4"/>
        </w:rPr>
      </w:pPr>
      <w:r w:rsidRPr="00730D1C">
        <w:rPr>
          <w:rFonts w:ascii="Aptos" w:eastAsia="Aptos" w:hAnsi="Aptos" w:cs="Aptos"/>
          <w:color w:val="8064A2" w:themeColor="accent4"/>
        </w:rPr>
        <w:t>Clearly communicate which property characteristics or risks affect mortgage eligibility.</w:t>
      </w:r>
    </w:p>
    <w:p w14:paraId="50F6AB4B" w14:textId="1C3C5A24" w:rsidR="004B62E9" w:rsidRPr="00730D1C" w:rsidRDefault="004B62E9" w:rsidP="004B62E9">
      <w:pPr>
        <w:pStyle w:val="ListParagraph"/>
        <w:numPr>
          <w:ilvl w:val="0"/>
          <w:numId w:val="41"/>
        </w:numPr>
        <w:rPr>
          <w:rFonts w:ascii="Aptos" w:eastAsia="Aptos" w:hAnsi="Aptos" w:cs="Aptos"/>
          <w:color w:val="8064A2" w:themeColor="accent4"/>
        </w:rPr>
      </w:pPr>
      <w:r w:rsidRPr="00730D1C">
        <w:rPr>
          <w:rFonts w:ascii="Aptos" w:eastAsia="Aptos" w:hAnsi="Aptos" w:cs="Aptos"/>
          <w:color w:val="8064A2" w:themeColor="accent4"/>
        </w:rPr>
        <w:t>Provide guidance early in the process to ensure agents can gather relevant information for buyers.</w:t>
      </w:r>
    </w:p>
    <w:p w14:paraId="019A4857" w14:textId="77777777" w:rsidR="00201521" w:rsidRPr="00BA67DB" w:rsidRDefault="00000000" w:rsidP="00BA67DB">
      <w:pPr>
        <w:pStyle w:val="Heading2"/>
        <w:rPr>
          <w:rFonts w:ascii="Aptos" w:hAnsi="Aptos"/>
          <w:sz w:val="22"/>
        </w:rPr>
      </w:pPr>
      <w:r w:rsidRPr="00BA67DB">
        <w:rPr>
          <w:rFonts w:ascii="Aptos" w:hAnsi="Aptos"/>
          <w:sz w:val="22"/>
        </w:rPr>
        <w:t>Question 19</w:t>
      </w:r>
    </w:p>
    <w:p w14:paraId="16D5D400" w14:textId="77777777" w:rsidR="00201521" w:rsidRDefault="00000000">
      <w:pPr>
        <w:rPr>
          <w:rFonts w:ascii="Aptos" w:eastAsia="Aptos" w:hAnsi="Aptos" w:cs="Aptos"/>
        </w:rPr>
      </w:pPr>
      <w:r>
        <w:rPr>
          <w:rFonts w:ascii="Aptos" w:eastAsia="Aptos" w:hAnsi="Aptos" w:cs="Aptos"/>
        </w:rPr>
        <w:t>How can we most effectively support consumers to understand their rights and responsibilities regarding material information? </w:t>
      </w:r>
    </w:p>
    <w:p w14:paraId="2432C5CA" w14:textId="22318FDB" w:rsidR="00201521" w:rsidRDefault="00000000">
      <w:pPr>
        <w:rPr>
          <w:rFonts w:ascii="Aptos" w:eastAsia="Aptos" w:hAnsi="Aptos" w:cs="Aptos"/>
          <w:color w:val="7030A0"/>
        </w:rPr>
      </w:pPr>
      <w:r>
        <w:rPr>
          <w:rFonts w:ascii="Aptos" w:eastAsia="Aptos" w:hAnsi="Aptos" w:cs="Aptos"/>
          <w:color w:val="7030A0"/>
        </w:rPr>
        <w:t xml:space="preserve">Consumer campaigns and short GOV.UK explainer videos could demystify material information. Public awareness should focus on why it protects both buyer and </w:t>
      </w:r>
      <w:proofErr w:type="gramStart"/>
      <w:r>
        <w:rPr>
          <w:rFonts w:ascii="Aptos" w:eastAsia="Aptos" w:hAnsi="Aptos" w:cs="Aptos"/>
          <w:color w:val="7030A0"/>
        </w:rPr>
        <w:t>seller</w:t>
      </w:r>
      <w:r w:rsidR="00910B81">
        <w:rPr>
          <w:rFonts w:ascii="Aptos" w:eastAsia="Aptos" w:hAnsi="Aptos" w:cs="Aptos"/>
          <w:color w:val="7030A0"/>
        </w:rPr>
        <w:t>,</w:t>
      </w:r>
      <w:r>
        <w:rPr>
          <w:rFonts w:ascii="Aptos" w:eastAsia="Aptos" w:hAnsi="Aptos" w:cs="Aptos"/>
          <w:color w:val="7030A0"/>
        </w:rPr>
        <w:t xml:space="preserve"> and</w:t>
      </w:r>
      <w:proofErr w:type="gramEnd"/>
      <w:r>
        <w:rPr>
          <w:rFonts w:ascii="Aptos" w:eastAsia="Aptos" w:hAnsi="Aptos" w:cs="Aptos"/>
          <w:color w:val="7030A0"/>
        </w:rPr>
        <w:t xml:space="preserve"> reduces fall-throughs.</w:t>
      </w:r>
    </w:p>
    <w:p w14:paraId="4ADAA7CB" w14:textId="77777777" w:rsidR="00201521" w:rsidRDefault="00000000">
      <w:pPr>
        <w:rPr>
          <w:rFonts w:ascii="Aptos" w:eastAsia="Aptos" w:hAnsi="Aptos" w:cs="Aptos"/>
          <w:color w:val="7030A0"/>
        </w:rPr>
      </w:pPr>
      <w:r>
        <w:rPr>
          <w:rFonts w:ascii="Aptos" w:eastAsia="Aptos" w:hAnsi="Aptos" w:cs="Aptos"/>
          <w:color w:val="7030A0"/>
        </w:rPr>
        <w:t xml:space="preserve">Providing links through the Buying and Selling Property Information dataset will enable sellers to verify 30% of the data from the relevant authority and see what information is required from their own </w:t>
      </w:r>
      <w:proofErr w:type="gramStart"/>
      <w:r>
        <w:rPr>
          <w:rFonts w:ascii="Aptos" w:eastAsia="Aptos" w:hAnsi="Aptos" w:cs="Aptos"/>
          <w:color w:val="7030A0"/>
        </w:rPr>
        <w:t>experience</w:t>
      </w:r>
      <w:proofErr w:type="gramEnd"/>
      <w:r>
        <w:rPr>
          <w:rFonts w:ascii="Aptos" w:eastAsia="Aptos" w:hAnsi="Aptos" w:cs="Aptos"/>
          <w:color w:val="7030A0"/>
        </w:rPr>
        <w:t xml:space="preserve"> living </w:t>
      </w:r>
      <w:proofErr w:type="gramStart"/>
      <w:r>
        <w:rPr>
          <w:rFonts w:ascii="Aptos" w:eastAsia="Aptos" w:hAnsi="Aptos" w:cs="Aptos"/>
          <w:color w:val="7030A0"/>
        </w:rPr>
        <w:t>at</w:t>
      </w:r>
      <w:proofErr w:type="gramEnd"/>
      <w:r>
        <w:rPr>
          <w:rFonts w:ascii="Aptos" w:eastAsia="Aptos" w:hAnsi="Aptos" w:cs="Aptos"/>
          <w:color w:val="7030A0"/>
        </w:rPr>
        <w:t xml:space="preserve"> the property.</w:t>
      </w:r>
    </w:p>
    <w:p w14:paraId="40109040"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Guidance should aim to educate buyers and sellers so they can engage with information responsibly and make informed decisions. Key approaches include:</w:t>
      </w:r>
    </w:p>
    <w:p w14:paraId="3F5F74BE"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1. Clear, Accessible Guidance</w:t>
      </w:r>
    </w:p>
    <w:p w14:paraId="60B3BC4F" w14:textId="2132712E" w:rsidR="004B62E9" w:rsidRPr="00730D1C" w:rsidRDefault="004B62E9" w:rsidP="004B62E9">
      <w:pPr>
        <w:pStyle w:val="ListParagraph"/>
        <w:numPr>
          <w:ilvl w:val="0"/>
          <w:numId w:val="42"/>
        </w:numPr>
        <w:rPr>
          <w:rFonts w:ascii="Aptos" w:eastAsia="Aptos" w:hAnsi="Aptos" w:cs="Aptos"/>
          <w:color w:val="8064A2" w:themeColor="accent4"/>
        </w:rPr>
      </w:pPr>
      <w:r w:rsidRPr="00730D1C">
        <w:rPr>
          <w:rFonts w:ascii="Aptos" w:eastAsia="Aptos" w:hAnsi="Aptos" w:cs="Aptos"/>
          <w:color w:val="8064A2" w:themeColor="accent4"/>
        </w:rPr>
        <w:t>Publish straightforward guidance for buyers and sellers explaining what constitutes material information, why it matters, and what they can expect at different stages of the transaction.</w:t>
      </w:r>
    </w:p>
    <w:p w14:paraId="05626F6A" w14:textId="77777777" w:rsidR="004B62E9" w:rsidRPr="00730D1C" w:rsidRDefault="004B62E9" w:rsidP="004B62E9">
      <w:pPr>
        <w:pStyle w:val="ListParagraph"/>
        <w:numPr>
          <w:ilvl w:val="0"/>
          <w:numId w:val="42"/>
        </w:numPr>
        <w:rPr>
          <w:rFonts w:ascii="Aptos" w:eastAsia="Aptos" w:hAnsi="Aptos" w:cs="Aptos"/>
          <w:color w:val="8064A2" w:themeColor="accent4"/>
        </w:rPr>
      </w:pPr>
      <w:r w:rsidRPr="00730D1C">
        <w:rPr>
          <w:rFonts w:ascii="Aptos" w:eastAsia="Aptos" w:hAnsi="Aptos" w:cs="Aptos"/>
          <w:color w:val="8064A2" w:themeColor="accent4"/>
        </w:rPr>
        <w:t>Use plain language, examples, FAQs, and case studies to illustrate common scenarios and obligations.</w:t>
      </w:r>
    </w:p>
    <w:p w14:paraId="68E948FC"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2. Standardised Information Presentation</w:t>
      </w:r>
    </w:p>
    <w:p w14:paraId="55822612" w14:textId="77777777" w:rsidR="004B62E9" w:rsidRPr="00730D1C" w:rsidRDefault="004B62E9" w:rsidP="004B62E9">
      <w:pPr>
        <w:pStyle w:val="ListParagraph"/>
        <w:numPr>
          <w:ilvl w:val="0"/>
          <w:numId w:val="43"/>
        </w:numPr>
        <w:rPr>
          <w:rFonts w:ascii="Aptos" w:eastAsia="Aptos" w:hAnsi="Aptos" w:cs="Aptos"/>
          <w:color w:val="8064A2" w:themeColor="accent4"/>
        </w:rPr>
      </w:pPr>
      <w:r w:rsidRPr="00730D1C">
        <w:rPr>
          <w:rFonts w:ascii="Aptos" w:eastAsia="Aptos" w:hAnsi="Aptos" w:cs="Aptos"/>
          <w:color w:val="8064A2" w:themeColor="accent4"/>
        </w:rPr>
        <w:t>Require agents to present material information consistently using standardised templates, tick-boxes, or traffic-light indicators.</w:t>
      </w:r>
    </w:p>
    <w:p w14:paraId="51B2EDD1" w14:textId="77777777" w:rsidR="004B62E9" w:rsidRPr="00730D1C" w:rsidRDefault="004B62E9" w:rsidP="004B62E9">
      <w:pPr>
        <w:pStyle w:val="ListParagraph"/>
        <w:numPr>
          <w:ilvl w:val="0"/>
          <w:numId w:val="43"/>
        </w:numPr>
        <w:rPr>
          <w:rFonts w:ascii="Aptos" w:eastAsia="Aptos" w:hAnsi="Aptos" w:cs="Aptos"/>
          <w:color w:val="8064A2" w:themeColor="accent4"/>
        </w:rPr>
      </w:pPr>
      <w:r w:rsidRPr="00730D1C">
        <w:rPr>
          <w:rFonts w:ascii="Aptos" w:eastAsia="Aptos" w:hAnsi="Aptos" w:cs="Aptos"/>
          <w:color w:val="8064A2" w:themeColor="accent4"/>
        </w:rPr>
        <w:t>Consumers can quickly understand key facts and compare properties, reducing the risk of misunderstanding or missing critical details.</w:t>
      </w:r>
    </w:p>
    <w:p w14:paraId="189175F3"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3. Digital Tools and Portals</w:t>
      </w:r>
    </w:p>
    <w:p w14:paraId="3FDC58AA" w14:textId="77777777" w:rsidR="004B62E9" w:rsidRPr="00730D1C" w:rsidRDefault="004B62E9" w:rsidP="004B62E9">
      <w:pPr>
        <w:pStyle w:val="ListParagraph"/>
        <w:numPr>
          <w:ilvl w:val="0"/>
          <w:numId w:val="44"/>
        </w:numPr>
        <w:rPr>
          <w:rFonts w:ascii="Aptos" w:eastAsia="Aptos" w:hAnsi="Aptos" w:cs="Aptos"/>
          <w:color w:val="8064A2" w:themeColor="accent4"/>
        </w:rPr>
      </w:pPr>
      <w:r w:rsidRPr="00730D1C">
        <w:rPr>
          <w:rFonts w:ascii="Aptos" w:eastAsia="Aptos" w:hAnsi="Aptos" w:cs="Aptos"/>
          <w:color w:val="8064A2" w:themeColor="accent4"/>
        </w:rPr>
        <w:t>Encourage interactive digital platforms where consumers can access verified documents, checklists, and explanatory notes.</w:t>
      </w:r>
    </w:p>
    <w:p w14:paraId="1FEB0ECF" w14:textId="6009C704" w:rsidR="004B62E9" w:rsidRPr="00730D1C" w:rsidRDefault="004B62E9" w:rsidP="004B62E9">
      <w:pPr>
        <w:pStyle w:val="ListParagraph"/>
        <w:numPr>
          <w:ilvl w:val="0"/>
          <w:numId w:val="44"/>
        </w:numPr>
        <w:rPr>
          <w:rFonts w:ascii="Aptos" w:eastAsia="Aptos" w:hAnsi="Aptos" w:cs="Aptos"/>
          <w:color w:val="8064A2" w:themeColor="accent4"/>
        </w:rPr>
      </w:pPr>
      <w:r w:rsidRPr="00730D1C">
        <w:rPr>
          <w:rFonts w:ascii="Aptos" w:eastAsia="Aptos" w:hAnsi="Aptos" w:cs="Aptos"/>
          <w:color w:val="8064A2" w:themeColor="accent4"/>
        </w:rPr>
        <w:t>Links to authoritative sources (Land Registry, planning portals, environmental data</w:t>
      </w:r>
      <w:r w:rsidR="001E43AC">
        <w:rPr>
          <w:rFonts w:ascii="Aptos" w:eastAsia="Aptos" w:hAnsi="Aptos" w:cs="Aptos"/>
          <w:color w:val="8064A2" w:themeColor="accent4"/>
        </w:rPr>
        <w:t>, etc</w:t>
      </w:r>
      <w:r w:rsidRPr="00730D1C">
        <w:rPr>
          <w:rFonts w:ascii="Aptos" w:eastAsia="Aptos" w:hAnsi="Aptos" w:cs="Aptos"/>
          <w:color w:val="8064A2" w:themeColor="accent4"/>
        </w:rPr>
        <w:t>) allow buyers to verify or explore details themselves.</w:t>
      </w:r>
    </w:p>
    <w:p w14:paraId="067B3AA4"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4. Public Education Campaigns</w:t>
      </w:r>
    </w:p>
    <w:p w14:paraId="578DD60F" w14:textId="77777777" w:rsidR="004B62E9" w:rsidRPr="00730D1C" w:rsidRDefault="004B62E9" w:rsidP="004B62E9">
      <w:pPr>
        <w:pStyle w:val="ListParagraph"/>
        <w:numPr>
          <w:ilvl w:val="0"/>
          <w:numId w:val="45"/>
        </w:numPr>
        <w:rPr>
          <w:rFonts w:ascii="Aptos" w:eastAsia="Aptos" w:hAnsi="Aptos" w:cs="Aptos"/>
          <w:color w:val="8064A2" w:themeColor="accent4"/>
        </w:rPr>
      </w:pPr>
      <w:r w:rsidRPr="00730D1C">
        <w:rPr>
          <w:rFonts w:ascii="Aptos" w:eastAsia="Aptos" w:hAnsi="Aptos" w:cs="Aptos"/>
          <w:color w:val="8064A2" w:themeColor="accent4"/>
        </w:rPr>
        <w:t>Run targeted campaigns to explain buyer and seller responsibilities, including:</w:t>
      </w:r>
    </w:p>
    <w:p w14:paraId="4C406815" w14:textId="0CC5EF1E" w:rsidR="004B62E9" w:rsidRPr="00730D1C" w:rsidRDefault="004B62E9" w:rsidP="001E43AC">
      <w:pPr>
        <w:pStyle w:val="ListParagraph"/>
        <w:numPr>
          <w:ilvl w:val="1"/>
          <w:numId w:val="45"/>
        </w:numPr>
        <w:rPr>
          <w:rFonts w:ascii="Aptos" w:eastAsia="Aptos" w:hAnsi="Aptos" w:cs="Aptos"/>
          <w:color w:val="8064A2" w:themeColor="accent4"/>
        </w:rPr>
      </w:pPr>
      <w:r w:rsidRPr="00730D1C">
        <w:rPr>
          <w:rFonts w:ascii="Aptos" w:eastAsia="Aptos" w:hAnsi="Aptos" w:cs="Aptos"/>
          <w:color w:val="8064A2" w:themeColor="accent4"/>
        </w:rPr>
        <w:t>Sellers’ obligation to provide accurate information</w:t>
      </w:r>
      <w:r w:rsidR="001E43AC">
        <w:rPr>
          <w:rFonts w:ascii="Aptos" w:eastAsia="Aptos" w:hAnsi="Aptos" w:cs="Aptos"/>
          <w:color w:val="8064A2" w:themeColor="accent4"/>
        </w:rPr>
        <w:t>.</w:t>
      </w:r>
    </w:p>
    <w:p w14:paraId="51B228D2" w14:textId="2072FCAF" w:rsidR="004B62E9" w:rsidRPr="00730D1C" w:rsidRDefault="004B62E9" w:rsidP="001E43AC">
      <w:pPr>
        <w:pStyle w:val="ListParagraph"/>
        <w:numPr>
          <w:ilvl w:val="1"/>
          <w:numId w:val="45"/>
        </w:numPr>
        <w:rPr>
          <w:rFonts w:ascii="Aptos" w:eastAsia="Aptos" w:hAnsi="Aptos" w:cs="Aptos"/>
          <w:color w:val="8064A2" w:themeColor="accent4"/>
        </w:rPr>
      </w:pPr>
      <w:proofErr w:type="gramStart"/>
      <w:r w:rsidRPr="00730D1C">
        <w:rPr>
          <w:rFonts w:ascii="Aptos" w:eastAsia="Aptos" w:hAnsi="Aptos" w:cs="Aptos"/>
          <w:color w:val="8064A2" w:themeColor="accent4"/>
        </w:rPr>
        <w:t>Buyers’</w:t>
      </w:r>
      <w:proofErr w:type="gramEnd"/>
      <w:r w:rsidRPr="00730D1C">
        <w:rPr>
          <w:rFonts w:ascii="Aptos" w:eastAsia="Aptos" w:hAnsi="Aptos" w:cs="Aptos"/>
          <w:color w:val="8064A2" w:themeColor="accent4"/>
        </w:rPr>
        <w:t xml:space="preserve"> need to review, question, and seek professional advice on material information</w:t>
      </w:r>
      <w:r w:rsidR="001E43AC">
        <w:rPr>
          <w:rFonts w:ascii="Aptos" w:eastAsia="Aptos" w:hAnsi="Aptos" w:cs="Aptos"/>
          <w:color w:val="8064A2" w:themeColor="accent4"/>
        </w:rPr>
        <w:t>.</w:t>
      </w:r>
    </w:p>
    <w:p w14:paraId="113FC6FE" w14:textId="77777777" w:rsidR="004B62E9" w:rsidRPr="00730D1C" w:rsidRDefault="004B62E9" w:rsidP="001E43AC">
      <w:pPr>
        <w:pStyle w:val="ListParagraph"/>
        <w:numPr>
          <w:ilvl w:val="1"/>
          <w:numId w:val="45"/>
        </w:numPr>
        <w:rPr>
          <w:rFonts w:ascii="Aptos" w:eastAsia="Aptos" w:hAnsi="Aptos" w:cs="Aptos"/>
          <w:color w:val="8064A2" w:themeColor="accent4"/>
        </w:rPr>
      </w:pPr>
      <w:r w:rsidRPr="00730D1C">
        <w:rPr>
          <w:rFonts w:ascii="Aptos" w:eastAsia="Aptos" w:hAnsi="Aptos" w:cs="Aptos"/>
          <w:color w:val="8064A2" w:themeColor="accent4"/>
        </w:rPr>
        <w:t>Campaigns could include videos, guides, social media content, and integration with property portals.</w:t>
      </w:r>
    </w:p>
    <w:p w14:paraId="62004B12"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5. Integration into Property Transaction Workflow</w:t>
      </w:r>
    </w:p>
    <w:p w14:paraId="6C01BD6A" w14:textId="72F3107C" w:rsidR="004B62E9" w:rsidRPr="001E43AC" w:rsidRDefault="004B62E9" w:rsidP="004B62E9">
      <w:pPr>
        <w:pStyle w:val="ListParagraph"/>
        <w:numPr>
          <w:ilvl w:val="0"/>
          <w:numId w:val="47"/>
        </w:numPr>
        <w:rPr>
          <w:rFonts w:ascii="Aptos" w:eastAsia="Aptos" w:hAnsi="Aptos" w:cs="Aptos"/>
          <w:color w:val="8064A2" w:themeColor="accent4"/>
        </w:rPr>
      </w:pPr>
      <w:r w:rsidRPr="001E43AC">
        <w:rPr>
          <w:rFonts w:ascii="Aptos" w:eastAsia="Aptos" w:hAnsi="Aptos" w:cs="Aptos"/>
          <w:color w:val="8064A2" w:themeColor="accent4"/>
        </w:rPr>
        <w:t>Encourage estate agents, conveyancers, and surveyors to educate consumers at key stages: listing, post-viewing, and pre-contract.</w:t>
      </w:r>
      <w:r w:rsidR="001E43AC" w:rsidRPr="001E43AC">
        <w:rPr>
          <w:rFonts w:ascii="Aptos" w:eastAsia="Aptos" w:hAnsi="Aptos" w:cs="Aptos"/>
          <w:color w:val="8064A2" w:themeColor="accent4"/>
        </w:rPr>
        <w:t xml:space="preserve"> </w:t>
      </w:r>
      <w:r w:rsidRPr="001E43AC">
        <w:rPr>
          <w:rFonts w:ascii="Aptos" w:eastAsia="Aptos" w:hAnsi="Aptos" w:cs="Aptos"/>
          <w:color w:val="8064A2" w:themeColor="accent4"/>
        </w:rPr>
        <w:t>For example, agents can highlight where complex technical or financial information exists and direct buyers to professionals for interpretation.</w:t>
      </w:r>
    </w:p>
    <w:p w14:paraId="55AE6728"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6. Promote Professional Advice</w:t>
      </w:r>
    </w:p>
    <w:p w14:paraId="220B1680" w14:textId="79733D7B" w:rsidR="004B62E9" w:rsidRPr="00730D1C" w:rsidRDefault="004B62E9" w:rsidP="004B62E9">
      <w:pPr>
        <w:pStyle w:val="ListParagraph"/>
        <w:numPr>
          <w:ilvl w:val="0"/>
          <w:numId w:val="46"/>
        </w:numPr>
        <w:rPr>
          <w:rFonts w:ascii="Aptos" w:eastAsia="Aptos" w:hAnsi="Aptos" w:cs="Aptos"/>
          <w:color w:val="8064A2" w:themeColor="accent4"/>
        </w:rPr>
      </w:pPr>
      <w:r w:rsidRPr="00730D1C">
        <w:rPr>
          <w:rFonts w:ascii="Aptos" w:eastAsia="Aptos" w:hAnsi="Aptos" w:cs="Aptos"/>
          <w:color w:val="8064A2" w:themeColor="accent4"/>
        </w:rPr>
        <w:t xml:space="preserve">Reinforce </w:t>
      </w:r>
      <w:r w:rsidR="001E43AC">
        <w:rPr>
          <w:rFonts w:ascii="Aptos" w:eastAsia="Aptos" w:hAnsi="Aptos" w:cs="Aptos"/>
          <w:color w:val="8064A2" w:themeColor="accent4"/>
        </w:rPr>
        <w:t>to</w:t>
      </w:r>
      <w:r w:rsidRPr="00730D1C">
        <w:rPr>
          <w:rFonts w:ascii="Aptos" w:eastAsia="Aptos" w:hAnsi="Aptos" w:cs="Aptos"/>
          <w:color w:val="8064A2" w:themeColor="accent4"/>
        </w:rPr>
        <w:t xml:space="preserve"> buyers </w:t>
      </w:r>
      <w:r w:rsidR="001E43AC">
        <w:rPr>
          <w:rFonts w:ascii="Aptos" w:eastAsia="Aptos" w:hAnsi="Aptos" w:cs="Aptos"/>
          <w:color w:val="8064A2" w:themeColor="accent4"/>
        </w:rPr>
        <w:t xml:space="preserve">they </w:t>
      </w:r>
      <w:r w:rsidRPr="00730D1C">
        <w:rPr>
          <w:rFonts w:ascii="Aptos" w:eastAsia="Aptos" w:hAnsi="Aptos" w:cs="Aptos"/>
          <w:color w:val="8064A2" w:themeColor="accent4"/>
        </w:rPr>
        <w:t>should seek advice from conveyancers, surveyors, or mortgage advisers when interpreting technical or legal information.</w:t>
      </w:r>
    </w:p>
    <w:p w14:paraId="46A09067" w14:textId="0652DDA8" w:rsidR="004B62E9" w:rsidRPr="00730D1C" w:rsidRDefault="004B62E9" w:rsidP="004B62E9">
      <w:pPr>
        <w:pStyle w:val="ListParagraph"/>
        <w:numPr>
          <w:ilvl w:val="0"/>
          <w:numId w:val="46"/>
        </w:numPr>
        <w:rPr>
          <w:rFonts w:ascii="Aptos" w:eastAsia="Aptos" w:hAnsi="Aptos" w:cs="Aptos"/>
          <w:color w:val="8064A2" w:themeColor="accent4"/>
        </w:rPr>
      </w:pPr>
      <w:r w:rsidRPr="00730D1C">
        <w:rPr>
          <w:rFonts w:ascii="Aptos" w:eastAsia="Aptos" w:hAnsi="Aptos" w:cs="Aptos"/>
          <w:color w:val="8064A2" w:themeColor="accent4"/>
        </w:rPr>
        <w:t>Clear guidance should delineate which responsibilities lie with professionals and which with consumers, reducing confusion.</w:t>
      </w:r>
    </w:p>
    <w:p w14:paraId="4163EAEE" w14:textId="77777777" w:rsidR="00201521" w:rsidRPr="00BA67DB" w:rsidRDefault="00000000" w:rsidP="00BA67DB">
      <w:pPr>
        <w:pStyle w:val="Heading2"/>
        <w:rPr>
          <w:rFonts w:ascii="Aptos" w:hAnsi="Aptos"/>
          <w:sz w:val="22"/>
        </w:rPr>
      </w:pPr>
      <w:r w:rsidRPr="00BA67DB">
        <w:rPr>
          <w:rFonts w:ascii="Aptos" w:hAnsi="Aptos"/>
          <w:sz w:val="22"/>
        </w:rPr>
        <w:t>Question 20</w:t>
      </w:r>
    </w:p>
    <w:p w14:paraId="313875E4" w14:textId="77777777" w:rsidR="00201521" w:rsidRDefault="00000000">
      <w:pPr>
        <w:rPr>
          <w:rFonts w:ascii="Aptos" w:eastAsia="Aptos" w:hAnsi="Aptos" w:cs="Aptos"/>
        </w:rPr>
      </w:pPr>
      <w:r>
        <w:rPr>
          <w:rFonts w:ascii="Aptos" w:eastAsia="Aptos" w:hAnsi="Aptos" w:cs="Aptos"/>
        </w:rPr>
        <w:t>Which of these audiences do you think should be provided with guidance on material information alongside estate agents – buyers, sellers, conveyancers, surveyors, etcetera.</w:t>
      </w:r>
    </w:p>
    <w:p w14:paraId="5E0F85F7" w14:textId="77777777" w:rsidR="00201521" w:rsidRDefault="00000000">
      <w:pPr>
        <w:rPr>
          <w:rFonts w:ascii="Aptos" w:eastAsia="Aptos" w:hAnsi="Aptos" w:cs="Aptos"/>
          <w:color w:val="7030A0"/>
        </w:rPr>
      </w:pPr>
      <w:r>
        <w:rPr>
          <w:rFonts w:ascii="Aptos" w:eastAsia="Aptos" w:hAnsi="Aptos" w:cs="Aptos"/>
          <w:color w:val="7030A0"/>
        </w:rPr>
        <w:t>Guidance should also be issued to conveyancers, surveyors, managing agents, valuers, mortgage advisers, insurers and lenders. They each play a role in verifying, supplying, or relying on the same data.</w:t>
      </w:r>
    </w:p>
    <w:p w14:paraId="14934247" w14:textId="6C1D1184" w:rsidR="00201521" w:rsidRDefault="00000000">
      <w:pPr>
        <w:rPr>
          <w:rFonts w:ascii="Aptos" w:eastAsia="Aptos" w:hAnsi="Aptos" w:cs="Aptos"/>
          <w:color w:val="7030A0"/>
        </w:rPr>
      </w:pPr>
      <w:r>
        <w:rPr>
          <w:rFonts w:ascii="Aptos" w:eastAsia="Aptos" w:hAnsi="Aptos" w:cs="Aptos"/>
          <w:color w:val="7030A0"/>
        </w:rPr>
        <w:t>Sellers</w:t>
      </w:r>
      <w:r w:rsidR="001E43AC">
        <w:rPr>
          <w:rFonts w:ascii="Aptos" w:eastAsia="Aptos" w:hAnsi="Aptos" w:cs="Aptos"/>
          <w:color w:val="7030A0"/>
        </w:rPr>
        <w:t>’</w:t>
      </w:r>
      <w:r>
        <w:rPr>
          <w:rFonts w:ascii="Aptos" w:eastAsia="Aptos" w:hAnsi="Aptos" w:cs="Aptos"/>
          <w:color w:val="7030A0"/>
        </w:rPr>
        <w:t xml:space="preserve"> conveyancers and buyers</w:t>
      </w:r>
      <w:r w:rsidR="001E43AC">
        <w:rPr>
          <w:rFonts w:ascii="Aptos" w:eastAsia="Aptos" w:hAnsi="Aptos" w:cs="Aptos"/>
          <w:color w:val="7030A0"/>
        </w:rPr>
        <w:t>’</w:t>
      </w:r>
      <w:r>
        <w:rPr>
          <w:rFonts w:ascii="Aptos" w:eastAsia="Aptos" w:hAnsi="Aptos" w:cs="Aptos"/>
          <w:color w:val="7030A0"/>
        </w:rPr>
        <w:t xml:space="preserve"> conveyancers will now have the same requirements to undertake due diligence</w:t>
      </w:r>
      <w:r w:rsidR="001E43AC">
        <w:rPr>
          <w:rFonts w:ascii="Aptos" w:eastAsia="Aptos" w:hAnsi="Aptos" w:cs="Aptos"/>
          <w:color w:val="7030A0"/>
        </w:rPr>
        <w:t xml:space="preserve">, </w:t>
      </w:r>
      <w:proofErr w:type="gramStart"/>
      <w:r>
        <w:rPr>
          <w:rFonts w:ascii="Aptos" w:eastAsia="Aptos" w:hAnsi="Aptos" w:cs="Aptos"/>
          <w:color w:val="7030A0"/>
        </w:rPr>
        <w:t>so</w:t>
      </w:r>
      <w:proofErr w:type="gramEnd"/>
      <w:r>
        <w:rPr>
          <w:rFonts w:ascii="Aptos" w:eastAsia="Aptos" w:hAnsi="Aptos" w:cs="Aptos"/>
          <w:color w:val="7030A0"/>
        </w:rPr>
        <w:t xml:space="preserve"> can work </w:t>
      </w:r>
      <w:proofErr w:type="gramStart"/>
      <w:r>
        <w:rPr>
          <w:rFonts w:ascii="Aptos" w:eastAsia="Aptos" w:hAnsi="Aptos" w:cs="Aptos"/>
          <w:color w:val="7030A0"/>
        </w:rPr>
        <w:t>pro-actively</w:t>
      </w:r>
      <w:proofErr w:type="gramEnd"/>
      <w:r>
        <w:rPr>
          <w:rFonts w:ascii="Aptos" w:eastAsia="Aptos" w:hAnsi="Aptos" w:cs="Aptos"/>
          <w:color w:val="7030A0"/>
        </w:rPr>
        <w:t>.  Similarly, mortgage intermediaries, lenders and valuers can be educated on the benefit to them of reviewing the MI.</w:t>
      </w:r>
    </w:p>
    <w:p w14:paraId="00947C89" w14:textId="77777777"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Key audiences include:</w:t>
      </w:r>
    </w:p>
    <w:p w14:paraId="7D8D67BD" w14:textId="2FE3D830"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1.Buyers</w:t>
      </w:r>
    </w:p>
    <w:p w14:paraId="6A48BD3E" w14:textId="77777777" w:rsidR="004B62E9" w:rsidRPr="00730D1C" w:rsidRDefault="004B62E9" w:rsidP="004B62E9">
      <w:pPr>
        <w:pStyle w:val="ListParagraph"/>
        <w:numPr>
          <w:ilvl w:val="0"/>
          <w:numId w:val="48"/>
        </w:numPr>
        <w:rPr>
          <w:rFonts w:ascii="Aptos" w:eastAsia="Aptos" w:hAnsi="Aptos" w:cs="Aptos"/>
          <w:color w:val="8064A2" w:themeColor="accent4"/>
        </w:rPr>
      </w:pPr>
      <w:r w:rsidRPr="00730D1C">
        <w:rPr>
          <w:rFonts w:ascii="Aptos" w:eastAsia="Aptos" w:hAnsi="Aptos" w:cs="Aptos"/>
          <w:color w:val="8064A2" w:themeColor="accent4"/>
        </w:rPr>
        <w:t>Guidance should explain what constitutes material information, what buyers can reasonably expect at each stage, and the importance of reviewing information and seeking professional advice.</w:t>
      </w:r>
    </w:p>
    <w:p w14:paraId="66904A08" w14:textId="77777777" w:rsidR="004B62E9" w:rsidRPr="00730D1C" w:rsidRDefault="004B62E9" w:rsidP="004B62E9">
      <w:pPr>
        <w:pStyle w:val="ListParagraph"/>
        <w:numPr>
          <w:ilvl w:val="0"/>
          <w:numId w:val="48"/>
        </w:numPr>
        <w:rPr>
          <w:rFonts w:ascii="Aptos" w:eastAsia="Aptos" w:hAnsi="Aptos" w:cs="Aptos"/>
          <w:color w:val="8064A2" w:themeColor="accent4"/>
        </w:rPr>
      </w:pPr>
      <w:r w:rsidRPr="00730D1C">
        <w:rPr>
          <w:rFonts w:ascii="Aptos" w:eastAsia="Aptos" w:hAnsi="Aptos" w:cs="Aptos"/>
          <w:color w:val="8064A2" w:themeColor="accent4"/>
        </w:rPr>
        <w:t>Buyers should understand their responsibilities, such as checking information, instructing surveys, and engaging conveyancers.</w:t>
      </w:r>
    </w:p>
    <w:p w14:paraId="4AF4B02B" w14:textId="42E63412"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2.Sellers</w:t>
      </w:r>
    </w:p>
    <w:p w14:paraId="1E2B9139" w14:textId="77777777" w:rsidR="004B62E9" w:rsidRPr="00730D1C" w:rsidRDefault="004B62E9" w:rsidP="004B62E9">
      <w:pPr>
        <w:pStyle w:val="ListParagraph"/>
        <w:numPr>
          <w:ilvl w:val="0"/>
          <w:numId w:val="49"/>
        </w:numPr>
        <w:rPr>
          <w:rFonts w:ascii="Aptos" w:eastAsia="Aptos" w:hAnsi="Aptos" w:cs="Aptos"/>
          <w:color w:val="8064A2" w:themeColor="accent4"/>
        </w:rPr>
      </w:pPr>
      <w:r w:rsidRPr="00730D1C">
        <w:rPr>
          <w:rFonts w:ascii="Aptos" w:eastAsia="Aptos" w:hAnsi="Aptos" w:cs="Aptos"/>
          <w:color w:val="8064A2" w:themeColor="accent4"/>
        </w:rPr>
        <w:t>Guidance should clarify sellers’ legal obligations to provide accurate, complete, and timely material information.</w:t>
      </w:r>
    </w:p>
    <w:p w14:paraId="24778245" w14:textId="77777777" w:rsidR="004B62E9" w:rsidRPr="00730D1C" w:rsidRDefault="004B62E9" w:rsidP="004B62E9">
      <w:pPr>
        <w:pStyle w:val="ListParagraph"/>
        <w:numPr>
          <w:ilvl w:val="0"/>
          <w:numId w:val="49"/>
        </w:numPr>
        <w:rPr>
          <w:rFonts w:ascii="Aptos" w:eastAsia="Aptos" w:hAnsi="Aptos" w:cs="Aptos"/>
          <w:color w:val="8064A2" w:themeColor="accent4"/>
        </w:rPr>
      </w:pPr>
      <w:r w:rsidRPr="00730D1C">
        <w:rPr>
          <w:rFonts w:ascii="Aptos" w:eastAsia="Aptos" w:hAnsi="Aptos" w:cs="Aptos"/>
          <w:color w:val="8064A2" w:themeColor="accent4"/>
        </w:rPr>
        <w:t>Include instructions on gathering documents, completing standardised disclosure forms, and declaring known risks or defects.</w:t>
      </w:r>
    </w:p>
    <w:p w14:paraId="3D8B4377" w14:textId="22BFEA9C" w:rsidR="004B62E9" w:rsidRPr="00730D1C" w:rsidRDefault="004B62E9" w:rsidP="004B62E9">
      <w:pPr>
        <w:rPr>
          <w:rFonts w:ascii="Aptos" w:eastAsia="Aptos" w:hAnsi="Aptos" w:cs="Aptos"/>
          <w:color w:val="8064A2" w:themeColor="accent4"/>
        </w:rPr>
      </w:pPr>
      <w:r w:rsidRPr="00730D1C">
        <w:rPr>
          <w:rFonts w:ascii="Aptos" w:eastAsia="Aptos" w:hAnsi="Aptos" w:cs="Aptos"/>
          <w:color w:val="8064A2" w:themeColor="accent4"/>
        </w:rPr>
        <w:t>3.Conveyanc</w:t>
      </w:r>
      <w:r w:rsidR="00730D1C">
        <w:rPr>
          <w:rFonts w:ascii="Aptos" w:eastAsia="Aptos" w:hAnsi="Aptos" w:cs="Aptos"/>
          <w:color w:val="8064A2" w:themeColor="accent4"/>
        </w:rPr>
        <w:t>ing lawyers</w:t>
      </w:r>
    </w:p>
    <w:p w14:paraId="2065B016" w14:textId="77777777" w:rsidR="004B62E9" w:rsidRPr="00730D1C" w:rsidRDefault="004B62E9" w:rsidP="007311D9">
      <w:pPr>
        <w:pStyle w:val="ListParagraph"/>
        <w:numPr>
          <w:ilvl w:val="0"/>
          <w:numId w:val="50"/>
        </w:numPr>
        <w:rPr>
          <w:rFonts w:ascii="Aptos" w:eastAsia="Aptos" w:hAnsi="Aptos" w:cs="Aptos"/>
          <w:color w:val="8064A2" w:themeColor="accent4"/>
        </w:rPr>
      </w:pPr>
      <w:r w:rsidRPr="00730D1C">
        <w:rPr>
          <w:rFonts w:ascii="Aptos" w:eastAsia="Aptos" w:hAnsi="Aptos" w:cs="Aptos"/>
          <w:color w:val="8064A2" w:themeColor="accent4"/>
        </w:rPr>
        <w:t>Guidance should outline the information they are expected to provide to agents, including verified summaries of legal issues, title matters, easements, covenants, and leasehold obligations.</w:t>
      </w:r>
    </w:p>
    <w:p w14:paraId="272D0B1D" w14:textId="665072EC" w:rsidR="004B62E9" w:rsidRPr="00730D1C" w:rsidRDefault="007311D9" w:rsidP="004B62E9">
      <w:pPr>
        <w:rPr>
          <w:rFonts w:ascii="Aptos" w:eastAsia="Aptos" w:hAnsi="Aptos" w:cs="Aptos"/>
          <w:color w:val="8064A2" w:themeColor="accent4"/>
        </w:rPr>
      </w:pPr>
      <w:r w:rsidRPr="00730D1C">
        <w:rPr>
          <w:rFonts w:ascii="Aptos" w:eastAsia="Aptos" w:hAnsi="Aptos" w:cs="Aptos"/>
          <w:color w:val="8064A2" w:themeColor="accent4"/>
        </w:rPr>
        <w:t>4.</w:t>
      </w:r>
      <w:r w:rsidR="004B62E9" w:rsidRPr="00730D1C">
        <w:rPr>
          <w:rFonts w:ascii="Aptos" w:eastAsia="Aptos" w:hAnsi="Aptos" w:cs="Aptos"/>
          <w:color w:val="8064A2" w:themeColor="accent4"/>
        </w:rPr>
        <w:t>Surveyors and Building Professionals</w:t>
      </w:r>
    </w:p>
    <w:p w14:paraId="35574C27" w14:textId="77777777" w:rsidR="004B62E9" w:rsidRPr="00730D1C" w:rsidRDefault="004B62E9" w:rsidP="007311D9">
      <w:pPr>
        <w:pStyle w:val="ListParagraph"/>
        <w:numPr>
          <w:ilvl w:val="0"/>
          <w:numId w:val="50"/>
        </w:numPr>
        <w:rPr>
          <w:rFonts w:ascii="Aptos" w:eastAsia="Aptos" w:hAnsi="Aptos" w:cs="Aptos"/>
          <w:color w:val="8064A2" w:themeColor="accent4"/>
        </w:rPr>
      </w:pPr>
      <w:r w:rsidRPr="00730D1C">
        <w:rPr>
          <w:rFonts w:ascii="Aptos" w:eastAsia="Aptos" w:hAnsi="Aptos" w:cs="Aptos"/>
          <w:color w:val="8064A2" w:themeColor="accent4"/>
        </w:rPr>
        <w:t>Guidance should explain their role in producing plain-language summaries of technical reports (structural, environmental, building safety) suitable for listing or post-offer disclosure.</w:t>
      </w:r>
    </w:p>
    <w:p w14:paraId="3EBF81D9" w14:textId="6D0D0016" w:rsidR="004B62E9" w:rsidRPr="00730D1C" w:rsidRDefault="007311D9" w:rsidP="004B62E9">
      <w:pPr>
        <w:rPr>
          <w:rFonts w:ascii="Aptos" w:eastAsia="Aptos" w:hAnsi="Aptos" w:cs="Aptos"/>
          <w:color w:val="8064A2" w:themeColor="accent4"/>
        </w:rPr>
      </w:pPr>
      <w:r w:rsidRPr="00730D1C">
        <w:rPr>
          <w:rFonts w:ascii="Aptos" w:eastAsia="Aptos" w:hAnsi="Aptos" w:cs="Aptos"/>
          <w:color w:val="8064A2" w:themeColor="accent4"/>
        </w:rPr>
        <w:t>5.</w:t>
      </w:r>
      <w:r w:rsidR="004B62E9" w:rsidRPr="00730D1C">
        <w:rPr>
          <w:rFonts w:ascii="Aptos" w:eastAsia="Aptos" w:hAnsi="Aptos" w:cs="Aptos"/>
          <w:color w:val="8064A2" w:themeColor="accent4"/>
        </w:rPr>
        <w:t>Managing Agents, Freeholders, and Housing Associations</w:t>
      </w:r>
    </w:p>
    <w:p w14:paraId="1D207C4C" w14:textId="77777777" w:rsidR="004B62E9" w:rsidRPr="00730D1C" w:rsidRDefault="004B62E9" w:rsidP="007311D9">
      <w:pPr>
        <w:pStyle w:val="ListParagraph"/>
        <w:numPr>
          <w:ilvl w:val="0"/>
          <w:numId w:val="50"/>
        </w:numPr>
        <w:rPr>
          <w:rFonts w:ascii="Aptos" w:eastAsia="Aptos" w:hAnsi="Aptos" w:cs="Aptos"/>
          <w:color w:val="8064A2" w:themeColor="accent4"/>
        </w:rPr>
      </w:pPr>
      <w:r w:rsidRPr="00730D1C">
        <w:rPr>
          <w:rFonts w:ascii="Aptos" w:eastAsia="Aptos" w:hAnsi="Aptos" w:cs="Aptos"/>
          <w:color w:val="8064A2" w:themeColor="accent4"/>
        </w:rPr>
        <w:t xml:space="preserve">Guidance should encourage timely, accurate, and standardised responses to agent enquiries about service charges, planned </w:t>
      </w:r>
      <w:proofErr w:type="gramStart"/>
      <w:r w:rsidRPr="00730D1C">
        <w:rPr>
          <w:rFonts w:ascii="Aptos" w:eastAsia="Aptos" w:hAnsi="Aptos" w:cs="Aptos"/>
          <w:color w:val="8064A2" w:themeColor="accent4"/>
        </w:rPr>
        <w:t>works</w:t>
      </w:r>
      <w:proofErr w:type="gramEnd"/>
      <w:r w:rsidRPr="00730D1C">
        <w:rPr>
          <w:rFonts w:ascii="Aptos" w:eastAsia="Aptos" w:hAnsi="Aptos" w:cs="Aptos"/>
          <w:color w:val="8064A2" w:themeColor="accent4"/>
        </w:rPr>
        <w:t>, ground rent, and lease obligations.</w:t>
      </w:r>
    </w:p>
    <w:p w14:paraId="641416FD" w14:textId="40B7404C" w:rsidR="004B62E9" w:rsidRPr="00730D1C" w:rsidRDefault="007311D9" w:rsidP="004B62E9">
      <w:pPr>
        <w:rPr>
          <w:rFonts w:ascii="Aptos" w:eastAsia="Aptos" w:hAnsi="Aptos" w:cs="Aptos"/>
          <w:color w:val="8064A2" w:themeColor="accent4"/>
        </w:rPr>
      </w:pPr>
      <w:r w:rsidRPr="00730D1C">
        <w:rPr>
          <w:rFonts w:ascii="Aptos" w:eastAsia="Aptos" w:hAnsi="Aptos" w:cs="Aptos"/>
          <w:color w:val="8064A2" w:themeColor="accent4"/>
        </w:rPr>
        <w:t>6.</w:t>
      </w:r>
      <w:r w:rsidR="004B62E9" w:rsidRPr="00730D1C">
        <w:rPr>
          <w:rFonts w:ascii="Aptos" w:eastAsia="Aptos" w:hAnsi="Aptos" w:cs="Aptos"/>
          <w:color w:val="8064A2" w:themeColor="accent4"/>
        </w:rPr>
        <w:t>Lenders and Mortgage Advisers</w:t>
      </w:r>
    </w:p>
    <w:p w14:paraId="5CDC8E62" w14:textId="77777777" w:rsidR="004B62E9" w:rsidRPr="00730D1C" w:rsidRDefault="004B62E9" w:rsidP="007311D9">
      <w:pPr>
        <w:pStyle w:val="ListParagraph"/>
        <w:numPr>
          <w:ilvl w:val="0"/>
          <w:numId w:val="50"/>
        </w:numPr>
        <w:rPr>
          <w:rFonts w:ascii="Aptos" w:eastAsia="Aptos" w:hAnsi="Aptos" w:cs="Aptos"/>
          <w:color w:val="8064A2" w:themeColor="accent4"/>
        </w:rPr>
      </w:pPr>
      <w:r w:rsidRPr="00730D1C">
        <w:rPr>
          <w:rFonts w:ascii="Aptos" w:eastAsia="Aptos" w:hAnsi="Aptos" w:cs="Aptos"/>
          <w:color w:val="8064A2" w:themeColor="accent4"/>
        </w:rPr>
        <w:t>Guidance should clarify which property characteristics affect mortgage eligibility and advise on the type of information agents should gather or flag for buyers.</w:t>
      </w:r>
    </w:p>
    <w:p w14:paraId="3AC0C05C" w14:textId="68321E64" w:rsidR="004B62E9" w:rsidRPr="00730D1C" w:rsidRDefault="007311D9" w:rsidP="004B62E9">
      <w:pPr>
        <w:rPr>
          <w:rFonts w:ascii="Aptos" w:eastAsia="Aptos" w:hAnsi="Aptos" w:cs="Aptos"/>
          <w:color w:val="8064A2" w:themeColor="accent4"/>
        </w:rPr>
      </w:pPr>
      <w:r w:rsidRPr="00730D1C">
        <w:rPr>
          <w:rFonts w:ascii="Aptos" w:eastAsia="Aptos" w:hAnsi="Aptos" w:cs="Aptos"/>
          <w:color w:val="8064A2" w:themeColor="accent4"/>
        </w:rPr>
        <w:t>7.</w:t>
      </w:r>
      <w:r w:rsidR="004B62E9" w:rsidRPr="00730D1C">
        <w:rPr>
          <w:rFonts w:ascii="Aptos" w:eastAsia="Aptos" w:hAnsi="Aptos" w:cs="Aptos"/>
          <w:color w:val="8064A2" w:themeColor="accent4"/>
        </w:rPr>
        <w:t>Property Portals</w:t>
      </w:r>
    </w:p>
    <w:p w14:paraId="00DD210C" w14:textId="182C4615" w:rsidR="004B62E9" w:rsidRPr="00730D1C" w:rsidRDefault="004B62E9" w:rsidP="007311D9">
      <w:pPr>
        <w:pStyle w:val="ListParagraph"/>
        <w:numPr>
          <w:ilvl w:val="0"/>
          <w:numId w:val="50"/>
        </w:numPr>
        <w:rPr>
          <w:rFonts w:ascii="Aptos" w:eastAsia="Aptos" w:hAnsi="Aptos" w:cs="Aptos"/>
          <w:color w:val="8064A2" w:themeColor="accent4"/>
        </w:rPr>
      </w:pPr>
      <w:r w:rsidRPr="00730D1C">
        <w:rPr>
          <w:rFonts w:ascii="Aptos" w:eastAsia="Aptos" w:hAnsi="Aptos" w:cs="Aptos"/>
          <w:color w:val="8064A2" w:themeColor="accent4"/>
        </w:rPr>
        <w:t>Guidance should include responsibilities for supporting standardised listing formats and ensuring completeness of material information fields.</w:t>
      </w:r>
    </w:p>
    <w:p w14:paraId="5CBD1F05" w14:textId="77777777" w:rsidR="00BA67DB" w:rsidRPr="00CA2D67" w:rsidRDefault="00BA67DB" w:rsidP="00BA67DB">
      <w:pPr>
        <w:pStyle w:val="Heading2"/>
      </w:pPr>
      <w:bookmarkStart w:id="7" w:name="_Toc215489315"/>
      <w:r w:rsidRPr="00CA2D67">
        <w:t>H. Enforcement</w:t>
      </w:r>
      <w:bookmarkEnd w:id="7"/>
    </w:p>
    <w:p w14:paraId="706266B2" w14:textId="77777777" w:rsidR="00201521" w:rsidRPr="00BA67DB" w:rsidRDefault="00000000" w:rsidP="00BA67DB">
      <w:pPr>
        <w:pStyle w:val="Heading2"/>
        <w:rPr>
          <w:rFonts w:ascii="Aptos" w:hAnsi="Aptos"/>
          <w:sz w:val="22"/>
        </w:rPr>
      </w:pPr>
      <w:r w:rsidRPr="00BA67DB">
        <w:rPr>
          <w:rFonts w:ascii="Aptos" w:hAnsi="Aptos"/>
          <w:sz w:val="22"/>
        </w:rPr>
        <w:t>Question 21</w:t>
      </w:r>
    </w:p>
    <w:p w14:paraId="0A0AB0C1" w14:textId="77777777" w:rsidR="00201521" w:rsidRDefault="00000000">
      <w:pPr>
        <w:rPr>
          <w:rFonts w:ascii="Aptos" w:eastAsia="Aptos" w:hAnsi="Aptos" w:cs="Aptos"/>
        </w:rPr>
      </w:pPr>
      <w:r>
        <w:rPr>
          <w:rFonts w:ascii="Aptos" w:eastAsia="Aptos" w:hAnsi="Aptos" w:cs="Aptos"/>
        </w:rPr>
        <w:t>What information regarding enforcement do you think should be contained in the material information guidance?</w:t>
      </w:r>
    </w:p>
    <w:p w14:paraId="572B99C7" w14:textId="77777777" w:rsidR="00201521" w:rsidRDefault="00000000">
      <w:pPr>
        <w:rPr>
          <w:rFonts w:ascii="Aptos" w:eastAsia="Aptos" w:hAnsi="Aptos" w:cs="Aptos"/>
        </w:rPr>
      </w:pPr>
      <w:r>
        <w:rPr>
          <w:rFonts w:ascii="Aptos" w:eastAsia="Aptos" w:hAnsi="Aptos" w:cs="Aptos"/>
        </w:rPr>
        <w:t xml:space="preserve">For example, this may include information about the different </w:t>
      </w:r>
      <w:proofErr w:type="gramStart"/>
      <w:r>
        <w:rPr>
          <w:rFonts w:ascii="Aptos" w:eastAsia="Aptos" w:hAnsi="Aptos" w:cs="Aptos"/>
        </w:rPr>
        <w:t>organisations</w:t>
      </w:r>
      <w:proofErr w:type="gramEnd"/>
      <w:r>
        <w:rPr>
          <w:rFonts w:ascii="Aptos" w:eastAsia="Aptos" w:hAnsi="Aptos" w:cs="Aptos"/>
        </w:rPr>
        <w:t xml:space="preserve"> estate agents are accountable to, including details </w:t>
      </w:r>
      <w:proofErr w:type="gramStart"/>
      <w:r>
        <w:rPr>
          <w:rFonts w:ascii="Aptos" w:eastAsia="Aptos" w:hAnsi="Aptos" w:cs="Aptos"/>
        </w:rPr>
        <w:t>on</w:t>
      </w:r>
      <w:proofErr w:type="gramEnd"/>
      <w:r>
        <w:rPr>
          <w:rFonts w:ascii="Aptos" w:eastAsia="Aptos" w:hAnsi="Aptos" w:cs="Aptos"/>
        </w:rPr>
        <w:t xml:space="preserve"> their specific roles. </w:t>
      </w:r>
    </w:p>
    <w:p w14:paraId="3EB753F0" w14:textId="07C417A5" w:rsidR="00201521" w:rsidRPr="00FD169C" w:rsidRDefault="00000000">
      <w:pPr>
        <w:rPr>
          <w:rFonts w:ascii="Aptos" w:eastAsia="Arial" w:hAnsi="Aptos" w:cs="Arial"/>
          <w:color w:val="7030A0"/>
        </w:rPr>
      </w:pPr>
      <w:r w:rsidRPr="00FD169C">
        <w:rPr>
          <w:rFonts w:ascii="Aptos" w:eastAsia="Arial" w:hAnsi="Aptos" w:cs="Arial"/>
          <w:color w:val="7030A0"/>
        </w:rPr>
        <w:t xml:space="preserve">Set out the risks </w:t>
      </w:r>
      <w:r w:rsidR="001E43AC">
        <w:rPr>
          <w:rFonts w:ascii="Aptos" w:eastAsia="Arial" w:hAnsi="Aptos" w:cs="Arial"/>
          <w:color w:val="7030A0"/>
        </w:rPr>
        <w:t>of</w:t>
      </w:r>
      <w:r w:rsidRPr="00FD169C">
        <w:rPr>
          <w:rFonts w:ascii="Aptos" w:eastAsia="Arial" w:hAnsi="Aptos" w:cs="Arial"/>
          <w:color w:val="7030A0"/>
        </w:rPr>
        <w:t xml:space="preserve"> non-compliance</w:t>
      </w:r>
      <w:r w:rsidR="001E43AC">
        <w:rPr>
          <w:rFonts w:ascii="Aptos" w:eastAsia="Arial" w:hAnsi="Aptos" w:cs="Arial"/>
          <w:color w:val="7030A0"/>
        </w:rPr>
        <w:t xml:space="preserve">, for example, </w:t>
      </w:r>
      <w:r w:rsidRPr="00FD169C">
        <w:rPr>
          <w:rFonts w:ascii="Aptos" w:eastAsia="Arial" w:hAnsi="Aptos" w:cs="Arial"/>
          <w:color w:val="7030A0"/>
        </w:rPr>
        <w:t>transaction delay and fall through, undertaking to comply, fines and prison.</w:t>
      </w:r>
    </w:p>
    <w:p w14:paraId="1A1C0691" w14:textId="77777777" w:rsidR="00201521" w:rsidRPr="00FD169C" w:rsidRDefault="00000000">
      <w:pPr>
        <w:rPr>
          <w:rFonts w:ascii="Aptos" w:eastAsia="Aptos" w:hAnsi="Aptos" w:cs="Aptos"/>
          <w:color w:val="7030A0"/>
        </w:rPr>
      </w:pPr>
      <w:r w:rsidRPr="00FD169C">
        <w:rPr>
          <w:rFonts w:ascii="Aptos" w:eastAsia="Aptos" w:hAnsi="Aptos" w:cs="Aptos"/>
          <w:color w:val="7030A0"/>
        </w:rPr>
        <w:t xml:space="preserve">The guidance should set out the enforcement </w:t>
      </w:r>
      <w:proofErr w:type="gramStart"/>
      <w:r w:rsidRPr="00FD169C">
        <w:rPr>
          <w:rFonts w:ascii="Aptos" w:eastAsia="Aptos" w:hAnsi="Aptos" w:cs="Aptos"/>
          <w:color w:val="7030A0"/>
        </w:rPr>
        <w:t>roles</w:t>
      </w:r>
      <w:proofErr w:type="gramEnd"/>
      <w:r w:rsidRPr="00FD169C">
        <w:rPr>
          <w:rFonts w:ascii="Aptos" w:eastAsia="Aptos" w:hAnsi="Aptos" w:cs="Aptos"/>
          <w:color w:val="7030A0"/>
        </w:rPr>
        <w:t xml:space="preserve"> clearly, highlighting for the seller how they will need to help their agent and why, and for the buyer what to do if the agent does not provide the MI.</w:t>
      </w:r>
    </w:p>
    <w:p w14:paraId="40349D20" w14:textId="127B3DFC" w:rsidR="00201521" w:rsidRPr="00FD169C" w:rsidRDefault="00000000">
      <w:pPr>
        <w:rPr>
          <w:rFonts w:ascii="Aptos" w:eastAsia="Aptos" w:hAnsi="Aptos" w:cs="Aptos"/>
          <w:color w:val="7030A0"/>
        </w:rPr>
      </w:pPr>
      <w:r w:rsidRPr="00FD169C">
        <w:rPr>
          <w:rFonts w:ascii="Aptos" w:eastAsia="Aptos" w:hAnsi="Aptos" w:cs="Aptos"/>
          <w:color w:val="7030A0"/>
        </w:rPr>
        <w:t>- NTSELAT: primary enforcement for estate agents</w:t>
      </w:r>
      <w:r w:rsidR="001E43AC">
        <w:rPr>
          <w:rFonts w:ascii="Aptos" w:eastAsia="Aptos" w:hAnsi="Aptos" w:cs="Aptos"/>
          <w:color w:val="7030A0"/>
        </w:rPr>
        <w:t>.</w:t>
      </w:r>
      <w:r w:rsidRPr="00FD169C">
        <w:rPr>
          <w:rFonts w:ascii="Aptos" w:eastAsia="Aptos" w:hAnsi="Aptos" w:cs="Aptos"/>
          <w:color w:val="7030A0"/>
        </w:rPr>
        <w:br/>
        <w:t>- Trading Standards: local oversight</w:t>
      </w:r>
      <w:r w:rsidR="001E43AC">
        <w:rPr>
          <w:rFonts w:ascii="Aptos" w:eastAsia="Aptos" w:hAnsi="Aptos" w:cs="Aptos"/>
          <w:color w:val="7030A0"/>
        </w:rPr>
        <w:t>.</w:t>
      </w:r>
      <w:r w:rsidRPr="00FD169C">
        <w:rPr>
          <w:rFonts w:ascii="Aptos" w:eastAsia="Aptos" w:hAnsi="Aptos" w:cs="Aptos"/>
          <w:color w:val="7030A0"/>
        </w:rPr>
        <w:br/>
        <w:t>- CMA: overarching enforcement of DMCCA</w:t>
      </w:r>
      <w:r w:rsidR="001E43AC">
        <w:rPr>
          <w:rFonts w:ascii="Aptos" w:eastAsia="Aptos" w:hAnsi="Aptos" w:cs="Aptos"/>
          <w:color w:val="7030A0"/>
        </w:rPr>
        <w:t>.</w:t>
      </w:r>
      <w:r w:rsidRPr="00FD169C">
        <w:rPr>
          <w:rFonts w:ascii="Aptos" w:eastAsia="Aptos" w:hAnsi="Aptos" w:cs="Aptos"/>
          <w:color w:val="7030A0"/>
        </w:rPr>
        <w:br/>
        <w:t>- Redress schemes: complaint resolution.</w:t>
      </w:r>
    </w:p>
    <w:p w14:paraId="3D7CB429" w14:textId="1D05A8A4" w:rsidR="00201521" w:rsidRPr="00FD169C" w:rsidRDefault="00000000" w:rsidP="00FD169C">
      <w:pPr>
        <w:spacing w:after="0"/>
        <w:rPr>
          <w:rFonts w:ascii="Aptos" w:eastAsia="Arial" w:hAnsi="Aptos" w:cs="Arial"/>
          <w:color w:val="7030A0"/>
        </w:rPr>
      </w:pPr>
      <w:r w:rsidRPr="00FD169C">
        <w:rPr>
          <w:rFonts w:ascii="Aptos" w:eastAsia="Arial" w:hAnsi="Aptos" w:cs="Arial"/>
          <w:color w:val="7030A0"/>
        </w:rPr>
        <w:t xml:space="preserve">However, </w:t>
      </w:r>
      <w:r w:rsidR="00376744">
        <w:rPr>
          <w:rFonts w:ascii="Aptos" w:eastAsia="Arial" w:hAnsi="Aptos" w:cs="Arial"/>
          <w:color w:val="7030A0"/>
        </w:rPr>
        <w:t>a Property Regulator will be a much more effective way of making estate agents accountable. I</w:t>
      </w:r>
      <w:r w:rsidRPr="00FD169C">
        <w:rPr>
          <w:rFonts w:ascii="Aptos" w:eastAsia="Arial" w:hAnsi="Aptos" w:cs="Arial"/>
          <w:color w:val="7030A0"/>
        </w:rPr>
        <w:t xml:space="preserve">f </w:t>
      </w:r>
      <w:proofErr w:type="gramStart"/>
      <w:r w:rsidRPr="00FD169C">
        <w:rPr>
          <w:rFonts w:ascii="Aptos" w:eastAsia="Arial" w:hAnsi="Aptos" w:cs="Arial"/>
          <w:color w:val="7030A0"/>
        </w:rPr>
        <w:t>you go to</w:t>
      </w:r>
      <w:proofErr w:type="gramEnd"/>
      <w:r w:rsidRPr="00FD169C">
        <w:rPr>
          <w:rFonts w:ascii="Aptos" w:eastAsia="Arial" w:hAnsi="Aptos" w:cs="Arial"/>
          <w:color w:val="7030A0"/>
        </w:rPr>
        <w:t xml:space="preserve"> search how to complain it takes the </w:t>
      </w:r>
      <w:proofErr w:type="gramStart"/>
      <w:r w:rsidRPr="00FD169C">
        <w:rPr>
          <w:rFonts w:ascii="Aptos" w:eastAsia="Arial" w:hAnsi="Aptos" w:cs="Arial"/>
          <w:color w:val="7030A0"/>
        </w:rPr>
        <w:t>complainer:-</w:t>
      </w:r>
      <w:proofErr w:type="gramEnd"/>
    </w:p>
    <w:p w14:paraId="74185312" w14:textId="7D2368FA" w:rsidR="00201521" w:rsidRPr="00FD169C" w:rsidRDefault="00000000" w:rsidP="00FD169C">
      <w:pPr>
        <w:widowControl w:val="0"/>
        <w:spacing w:after="0" w:line="240" w:lineRule="auto"/>
        <w:ind w:left="360"/>
        <w:rPr>
          <w:rFonts w:ascii="Aptos" w:eastAsia="Arial" w:hAnsi="Aptos" w:cs="Arial"/>
          <w:color w:val="7030A0"/>
        </w:rPr>
      </w:pPr>
      <w:r w:rsidRPr="00FD169C">
        <w:rPr>
          <w:rFonts w:ascii="Aptos" w:eastAsia="Arial" w:hAnsi="Aptos" w:cs="Arial"/>
          <w:color w:val="7030A0"/>
        </w:rPr>
        <w:t>1.</w:t>
      </w:r>
      <w:r w:rsidRPr="00FD169C">
        <w:rPr>
          <w:rFonts w:ascii="Aptos" w:eastAsia="Times New Roman" w:hAnsi="Aptos" w:cs="Times New Roman"/>
          <w:color w:val="7030A0"/>
          <w:sz w:val="14"/>
          <w:szCs w:val="14"/>
        </w:rPr>
        <w:t xml:space="preserve">        </w:t>
      </w:r>
      <w:r w:rsidRPr="00FD169C">
        <w:rPr>
          <w:rFonts w:ascii="Aptos" w:eastAsia="Arial" w:hAnsi="Aptos" w:cs="Arial"/>
          <w:color w:val="7030A0"/>
        </w:rPr>
        <w:t xml:space="preserve">back to the person they want to complain about, </w:t>
      </w:r>
      <w:proofErr w:type="gramStart"/>
      <w:r w:rsidRPr="00FD169C">
        <w:rPr>
          <w:rFonts w:ascii="Aptos" w:eastAsia="Arial" w:hAnsi="Aptos" w:cs="Arial"/>
          <w:color w:val="7030A0"/>
        </w:rPr>
        <w:t>then</w:t>
      </w:r>
      <w:r w:rsidR="001E43AC">
        <w:rPr>
          <w:rFonts w:ascii="Aptos" w:eastAsia="Arial" w:hAnsi="Aptos" w:cs="Arial"/>
          <w:color w:val="7030A0"/>
        </w:rPr>
        <w:t>;</w:t>
      </w:r>
      <w:proofErr w:type="gramEnd"/>
    </w:p>
    <w:p w14:paraId="6437D2FF" w14:textId="527F3103" w:rsidR="00201521" w:rsidRPr="00FD169C" w:rsidRDefault="00000000" w:rsidP="00FD169C">
      <w:pPr>
        <w:widowControl w:val="0"/>
        <w:spacing w:after="0" w:line="240" w:lineRule="auto"/>
        <w:ind w:left="360"/>
        <w:rPr>
          <w:rFonts w:ascii="Aptos" w:eastAsia="Arial" w:hAnsi="Aptos" w:cs="Arial"/>
          <w:color w:val="7030A0"/>
        </w:rPr>
      </w:pPr>
      <w:r w:rsidRPr="00FD169C">
        <w:rPr>
          <w:rFonts w:ascii="Aptos" w:eastAsia="Arial" w:hAnsi="Aptos" w:cs="Arial"/>
          <w:color w:val="7030A0"/>
        </w:rPr>
        <w:t>2.</w:t>
      </w:r>
      <w:r w:rsidRPr="00FD169C">
        <w:rPr>
          <w:rFonts w:ascii="Aptos" w:eastAsia="Times New Roman" w:hAnsi="Aptos" w:cs="Times New Roman"/>
          <w:color w:val="7030A0"/>
          <w:sz w:val="14"/>
          <w:szCs w:val="14"/>
        </w:rPr>
        <w:t xml:space="preserve">        </w:t>
      </w:r>
      <w:r w:rsidRPr="00FD169C">
        <w:rPr>
          <w:rFonts w:ascii="Aptos" w:eastAsia="Arial" w:hAnsi="Aptos" w:cs="Arial"/>
          <w:color w:val="7030A0"/>
        </w:rPr>
        <w:t xml:space="preserve">to their redress scheme, </w:t>
      </w:r>
      <w:proofErr w:type="gramStart"/>
      <w:r w:rsidRPr="00FD169C">
        <w:rPr>
          <w:rFonts w:ascii="Aptos" w:eastAsia="Arial" w:hAnsi="Aptos" w:cs="Arial"/>
          <w:color w:val="7030A0"/>
        </w:rPr>
        <w:t>then</w:t>
      </w:r>
      <w:r w:rsidR="001E43AC">
        <w:rPr>
          <w:rFonts w:ascii="Aptos" w:eastAsia="Arial" w:hAnsi="Aptos" w:cs="Arial"/>
          <w:color w:val="7030A0"/>
        </w:rPr>
        <w:t>;</w:t>
      </w:r>
      <w:proofErr w:type="gramEnd"/>
    </w:p>
    <w:p w14:paraId="4CA66B69" w14:textId="234F1D08" w:rsidR="00201521" w:rsidRPr="00FD169C" w:rsidRDefault="00000000" w:rsidP="00FD169C">
      <w:pPr>
        <w:widowControl w:val="0"/>
        <w:spacing w:after="0" w:line="240" w:lineRule="auto"/>
        <w:ind w:firstLine="360"/>
        <w:rPr>
          <w:rFonts w:ascii="Aptos" w:eastAsia="Aptos" w:hAnsi="Aptos" w:cs="Aptos"/>
          <w:color w:val="7030A0"/>
        </w:rPr>
      </w:pPr>
      <w:r w:rsidRPr="00FD169C">
        <w:rPr>
          <w:rFonts w:ascii="Aptos" w:eastAsia="Arial" w:hAnsi="Aptos" w:cs="Arial"/>
          <w:color w:val="7030A0"/>
        </w:rPr>
        <w:t xml:space="preserve">3.     to Citizens' </w:t>
      </w:r>
      <w:r w:rsidR="001E43AC">
        <w:rPr>
          <w:rFonts w:ascii="Aptos" w:eastAsia="Arial" w:hAnsi="Aptos" w:cs="Arial"/>
          <w:color w:val="7030A0"/>
        </w:rPr>
        <w:t>A</w:t>
      </w:r>
      <w:r w:rsidRPr="00FD169C">
        <w:rPr>
          <w:rFonts w:ascii="Aptos" w:eastAsia="Arial" w:hAnsi="Aptos" w:cs="Arial"/>
          <w:color w:val="7030A0"/>
        </w:rPr>
        <w:t>dvice.</w:t>
      </w:r>
    </w:p>
    <w:p w14:paraId="34A5B4F5" w14:textId="77777777" w:rsidR="00376744" w:rsidRPr="00CA2D67" w:rsidRDefault="00CA2D67" w:rsidP="00CA2D67">
      <w:pPr>
        <w:pStyle w:val="Heading2"/>
      </w:pPr>
      <w:bookmarkStart w:id="8" w:name="_Toc215489316"/>
      <w:r w:rsidRPr="00CA2D67">
        <w:t>I. Implementation</w:t>
      </w:r>
      <w:bookmarkEnd w:id="8"/>
    </w:p>
    <w:p w14:paraId="27736EC4" w14:textId="0769BDF7" w:rsidR="00201521" w:rsidRPr="00BA67DB" w:rsidRDefault="00000000" w:rsidP="00BA67DB">
      <w:pPr>
        <w:pStyle w:val="Heading2"/>
        <w:rPr>
          <w:rFonts w:ascii="Aptos" w:hAnsi="Aptos"/>
          <w:sz w:val="22"/>
        </w:rPr>
      </w:pPr>
      <w:r w:rsidRPr="00BA67DB">
        <w:rPr>
          <w:rFonts w:ascii="Aptos" w:hAnsi="Aptos"/>
          <w:sz w:val="22"/>
        </w:rPr>
        <w:t>Question 22</w:t>
      </w:r>
    </w:p>
    <w:p w14:paraId="126D23F5" w14:textId="77777777" w:rsidR="00201521" w:rsidRDefault="00000000">
      <w:pPr>
        <w:rPr>
          <w:rFonts w:ascii="Aptos" w:eastAsia="Aptos" w:hAnsi="Aptos" w:cs="Aptos"/>
        </w:rPr>
      </w:pPr>
      <w:r>
        <w:rPr>
          <w:rFonts w:ascii="Aptos" w:eastAsia="Aptos" w:hAnsi="Aptos" w:cs="Aptos"/>
        </w:rPr>
        <w:t>What steps beyond those highlighted in your response to question 6 do you think government should take to support the implementation of material information guidance? </w:t>
      </w:r>
    </w:p>
    <w:p w14:paraId="00091DD0" w14:textId="77777777" w:rsidR="00201521" w:rsidRDefault="00000000">
      <w:pPr>
        <w:rPr>
          <w:rFonts w:ascii="Aptos" w:eastAsia="Aptos" w:hAnsi="Aptos" w:cs="Aptos"/>
          <w:color w:val="7030A0"/>
        </w:rPr>
      </w:pPr>
      <w:r>
        <w:rPr>
          <w:rFonts w:ascii="Aptos" w:eastAsia="Aptos" w:hAnsi="Aptos" w:cs="Aptos"/>
          <w:color w:val="7030A0"/>
        </w:rPr>
        <w:t>Government should establish a transition fund for small agents to integrate with digital data providers and update their CRM systems. Legislation should align with DMCCA to ensure consistency.</w:t>
      </w:r>
    </w:p>
    <w:p w14:paraId="78C963B0" w14:textId="50708AC1" w:rsidR="00201521" w:rsidRPr="00BB24FB" w:rsidRDefault="00000000">
      <w:pPr>
        <w:rPr>
          <w:rFonts w:ascii="Aptos" w:eastAsia="Roboto" w:hAnsi="Aptos" w:cs="Roboto"/>
          <w:color w:val="7030A0"/>
          <w:highlight w:val="white"/>
        </w:rPr>
      </w:pPr>
      <w:r w:rsidRPr="00BB24FB">
        <w:rPr>
          <w:rFonts w:ascii="Aptos" w:eastAsia="Aptos" w:hAnsi="Aptos" w:cs="Aptos"/>
          <w:color w:val="7030A0"/>
        </w:rPr>
        <w:t xml:space="preserve">The legislation has been there since 2008 but without enforcement agents have not complied.  Those that did </w:t>
      </w:r>
      <w:r w:rsidRPr="00BB24FB">
        <w:rPr>
          <w:rFonts w:ascii="Aptos" w:eastAsia="Roboto" w:hAnsi="Aptos" w:cs="Roboto"/>
          <w:color w:val="7030A0"/>
          <w:highlight w:val="white"/>
        </w:rPr>
        <w:t>have interpreted the legislation in a variety of ways, effectively taking a risk</w:t>
      </w:r>
      <w:r w:rsidR="003574CA" w:rsidRPr="00BB24FB">
        <w:rPr>
          <w:rFonts w:ascii="Aptos" w:eastAsia="Roboto" w:hAnsi="Aptos" w:cs="Roboto"/>
          <w:color w:val="7030A0"/>
          <w:highlight w:val="white"/>
        </w:rPr>
        <w:t>-</w:t>
      </w:r>
      <w:r w:rsidRPr="00BB24FB">
        <w:rPr>
          <w:rFonts w:ascii="Aptos" w:eastAsia="Roboto" w:hAnsi="Aptos" w:cs="Roboto"/>
          <w:color w:val="7030A0"/>
          <w:highlight w:val="white"/>
        </w:rPr>
        <w:t>based approach with some judging that no action was required and others progressively adding more information to listings.</w:t>
      </w:r>
    </w:p>
    <w:p w14:paraId="610260CE" w14:textId="619AE4A5" w:rsidR="00201521" w:rsidRDefault="00000000">
      <w:pPr>
        <w:rPr>
          <w:rFonts w:ascii="Aptos" w:eastAsia="Aptos" w:hAnsi="Aptos" w:cs="Aptos"/>
          <w:color w:val="7030A0"/>
        </w:rPr>
      </w:pPr>
      <w:r>
        <w:rPr>
          <w:rFonts w:ascii="Aptos" w:eastAsia="Aptos" w:hAnsi="Aptos" w:cs="Aptos"/>
          <w:color w:val="7030A0"/>
        </w:rPr>
        <w:t xml:space="preserve">The NTSELAT Guidance in 2023 highlighted to the trade how this could be complied with and now we need enforcement. The transition need not be long as there has been plenty of notice and the portals have already updated their systems to support it. The stakeholder case management systems have not seen the point of the cost to develop their systems because of the lack of enforcement.  </w:t>
      </w:r>
      <w:proofErr w:type="gramStart"/>
      <w:r>
        <w:rPr>
          <w:rFonts w:ascii="Aptos" w:eastAsia="Aptos" w:hAnsi="Aptos" w:cs="Aptos"/>
          <w:color w:val="7030A0"/>
        </w:rPr>
        <w:t>DMCCA  enables</w:t>
      </w:r>
      <w:proofErr w:type="gramEnd"/>
      <w:r>
        <w:rPr>
          <w:rFonts w:ascii="Aptos" w:eastAsia="Aptos" w:hAnsi="Aptos" w:cs="Aptos"/>
          <w:color w:val="7030A0"/>
        </w:rPr>
        <w:t xml:space="preserve"> initial enforcement to be requiring the undertaking of the entity to comply and, only if they do not, to fine them.  This should be a sufficient wake up call to comply.</w:t>
      </w:r>
    </w:p>
    <w:p w14:paraId="75A599BD" w14:textId="7206A5E6" w:rsidR="007311D9" w:rsidRPr="00BB24FB" w:rsidRDefault="007311D9" w:rsidP="007311D9">
      <w:pPr>
        <w:rPr>
          <w:rFonts w:ascii="Aptos" w:eastAsia="Aptos" w:hAnsi="Aptos" w:cs="Aptos"/>
          <w:color w:val="7030A0"/>
        </w:rPr>
      </w:pPr>
      <w:r w:rsidRPr="00BB24FB">
        <w:rPr>
          <w:rFonts w:ascii="Aptos" w:eastAsia="Aptos" w:hAnsi="Aptos" w:cs="Aptos"/>
          <w:color w:val="7030A0"/>
        </w:rPr>
        <w:t>1. Public Education Campaigns</w:t>
      </w:r>
    </w:p>
    <w:p w14:paraId="5FD32396" w14:textId="77777777" w:rsidR="007311D9" w:rsidRPr="00BB24FB" w:rsidRDefault="007311D9" w:rsidP="007311D9">
      <w:pPr>
        <w:pStyle w:val="ListParagraph"/>
        <w:numPr>
          <w:ilvl w:val="0"/>
          <w:numId w:val="53"/>
        </w:numPr>
        <w:rPr>
          <w:rFonts w:ascii="Aptos" w:eastAsia="Aptos" w:hAnsi="Aptos" w:cs="Aptos"/>
          <w:color w:val="7030A0"/>
        </w:rPr>
      </w:pPr>
      <w:r w:rsidRPr="00BB24FB">
        <w:rPr>
          <w:rFonts w:ascii="Aptos" w:eastAsia="Aptos" w:hAnsi="Aptos" w:cs="Aptos"/>
          <w:color w:val="7030A0"/>
        </w:rPr>
        <w:t>Educate buyers and sellers about their rights and responsibilities regarding material information.</w:t>
      </w:r>
    </w:p>
    <w:p w14:paraId="6FE20F1A" w14:textId="77777777" w:rsidR="007311D9" w:rsidRPr="00BB24FB" w:rsidRDefault="007311D9" w:rsidP="007311D9">
      <w:pPr>
        <w:pStyle w:val="ListParagraph"/>
        <w:numPr>
          <w:ilvl w:val="0"/>
          <w:numId w:val="53"/>
        </w:numPr>
        <w:rPr>
          <w:rFonts w:ascii="Aptos" w:eastAsia="Aptos" w:hAnsi="Aptos" w:cs="Aptos"/>
          <w:color w:val="7030A0"/>
        </w:rPr>
      </w:pPr>
      <w:r w:rsidRPr="00BB24FB">
        <w:rPr>
          <w:rFonts w:ascii="Aptos" w:eastAsia="Aptos" w:hAnsi="Aptos" w:cs="Aptos"/>
          <w:color w:val="7030A0"/>
        </w:rPr>
        <w:t>Use consumer-facing resources, social media, and portal integration to reinforce understanding and encourage proactive engagement.</w:t>
      </w:r>
    </w:p>
    <w:p w14:paraId="658833CA" w14:textId="6CFF8BCB" w:rsidR="007311D9" w:rsidRPr="00BB24FB" w:rsidRDefault="00730D1C" w:rsidP="007311D9">
      <w:pPr>
        <w:rPr>
          <w:rFonts w:ascii="Aptos" w:eastAsia="Aptos" w:hAnsi="Aptos" w:cs="Aptos"/>
          <w:color w:val="7030A0"/>
        </w:rPr>
      </w:pPr>
      <w:r w:rsidRPr="00BB24FB">
        <w:rPr>
          <w:rFonts w:ascii="Aptos" w:eastAsia="Aptos" w:hAnsi="Aptos" w:cs="Aptos"/>
          <w:color w:val="7030A0"/>
        </w:rPr>
        <w:t>2</w:t>
      </w:r>
      <w:r w:rsidR="007311D9" w:rsidRPr="00BB24FB">
        <w:rPr>
          <w:rFonts w:ascii="Aptos" w:eastAsia="Aptos" w:hAnsi="Aptos" w:cs="Aptos"/>
          <w:color w:val="7030A0"/>
        </w:rPr>
        <w:t>. Monitoring, Review, and Feedback Mechanisms</w:t>
      </w:r>
    </w:p>
    <w:p w14:paraId="7898FB20" w14:textId="77777777" w:rsidR="007311D9" w:rsidRPr="00BB24FB" w:rsidRDefault="007311D9" w:rsidP="007311D9">
      <w:pPr>
        <w:pStyle w:val="ListParagraph"/>
        <w:numPr>
          <w:ilvl w:val="0"/>
          <w:numId w:val="53"/>
        </w:numPr>
        <w:rPr>
          <w:rFonts w:ascii="Aptos" w:eastAsia="Aptos" w:hAnsi="Aptos" w:cs="Aptos"/>
          <w:color w:val="7030A0"/>
        </w:rPr>
      </w:pPr>
      <w:r w:rsidRPr="00BB24FB">
        <w:rPr>
          <w:rFonts w:ascii="Aptos" w:eastAsia="Aptos" w:hAnsi="Aptos" w:cs="Aptos"/>
          <w:color w:val="7030A0"/>
        </w:rPr>
        <w:t>Establish ongoing mechanisms to monitor compliance, assess the effectiveness of guidance, and gather industry feedback.</w:t>
      </w:r>
    </w:p>
    <w:p w14:paraId="1AB63185" w14:textId="79E9B781" w:rsidR="007311D9" w:rsidRPr="00BB24FB" w:rsidRDefault="007311D9" w:rsidP="007311D9">
      <w:pPr>
        <w:pStyle w:val="ListParagraph"/>
        <w:numPr>
          <w:ilvl w:val="0"/>
          <w:numId w:val="53"/>
        </w:numPr>
        <w:rPr>
          <w:rFonts w:ascii="Aptos" w:eastAsia="Aptos" w:hAnsi="Aptos" w:cs="Aptos"/>
          <w:color w:val="7030A0"/>
        </w:rPr>
      </w:pPr>
      <w:r w:rsidRPr="00BB24FB">
        <w:rPr>
          <w:rFonts w:ascii="Aptos" w:eastAsia="Aptos" w:hAnsi="Aptos" w:cs="Aptos"/>
          <w:color w:val="7030A0"/>
        </w:rPr>
        <w:t>Regularly review guidance to ensure it remains relevant, practical, and aligned with evolving legal, technical, or market conditions.</w:t>
      </w:r>
    </w:p>
    <w:p w14:paraId="3348AEDB" w14:textId="77777777" w:rsidR="00201521" w:rsidRPr="00BA67DB" w:rsidRDefault="00000000" w:rsidP="00BA67DB">
      <w:pPr>
        <w:pStyle w:val="Heading2"/>
        <w:rPr>
          <w:rFonts w:ascii="Aptos" w:hAnsi="Aptos"/>
          <w:sz w:val="22"/>
        </w:rPr>
      </w:pPr>
      <w:r w:rsidRPr="00BA67DB">
        <w:rPr>
          <w:rFonts w:ascii="Aptos" w:hAnsi="Aptos"/>
          <w:sz w:val="22"/>
        </w:rPr>
        <w:t>Question 23</w:t>
      </w:r>
    </w:p>
    <w:p w14:paraId="0668D03E" w14:textId="77777777" w:rsidR="00201521" w:rsidRDefault="00000000">
      <w:pPr>
        <w:rPr>
          <w:rFonts w:ascii="Aptos" w:eastAsia="Aptos" w:hAnsi="Aptos" w:cs="Aptos"/>
        </w:rPr>
      </w:pPr>
      <w:r>
        <w:rPr>
          <w:rFonts w:ascii="Aptos" w:eastAsia="Aptos" w:hAnsi="Aptos" w:cs="Aptos"/>
        </w:rPr>
        <w:t>What steps beyond those highlighted in question 7 do you think other organisations should take to support the implementation of material information guidance? </w:t>
      </w:r>
    </w:p>
    <w:p w14:paraId="7E099557" w14:textId="1C473E23" w:rsidR="00201521" w:rsidRDefault="00000000">
      <w:pPr>
        <w:rPr>
          <w:rFonts w:ascii="Aptos" w:eastAsia="Aptos" w:hAnsi="Aptos" w:cs="Aptos"/>
          <w:color w:val="7030A0"/>
        </w:rPr>
      </w:pPr>
      <w:r>
        <w:rPr>
          <w:rFonts w:ascii="Aptos" w:eastAsia="Aptos" w:hAnsi="Aptos" w:cs="Aptos"/>
          <w:color w:val="7030A0"/>
        </w:rPr>
        <w:t>Professional bodies (</w:t>
      </w:r>
      <w:r w:rsidR="003574CA">
        <w:rPr>
          <w:rFonts w:ascii="Aptos" w:eastAsia="Aptos" w:hAnsi="Aptos" w:cs="Aptos"/>
          <w:color w:val="7030A0"/>
        </w:rPr>
        <w:t>for example,</w:t>
      </w:r>
      <w:r>
        <w:rPr>
          <w:rFonts w:ascii="Aptos" w:eastAsia="Aptos" w:hAnsi="Aptos" w:cs="Aptos"/>
          <w:color w:val="7030A0"/>
        </w:rPr>
        <w:t xml:space="preserve"> </w:t>
      </w:r>
      <w:proofErr w:type="spellStart"/>
      <w:r>
        <w:rPr>
          <w:rFonts w:ascii="Aptos" w:eastAsia="Aptos" w:hAnsi="Aptos" w:cs="Aptos"/>
          <w:color w:val="7030A0"/>
        </w:rPr>
        <w:t>Propertymark</w:t>
      </w:r>
      <w:proofErr w:type="spellEnd"/>
      <w:r>
        <w:rPr>
          <w:rFonts w:ascii="Aptos" w:eastAsia="Aptos" w:hAnsi="Aptos" w:cs="Aptos"/>
          <w:color w:val="7030A0"/>
        </w:rPr>
        <w:t xml:space="preserve">, RICS, CLC) </w:t>
      </w:r>
      <w:r w:rsidR="00376744">
        <w:rPr>
          <w:rFonts w:ascii="Aptos" w:eastAsia="Aptos" w:hAnsi="Aptos" w:cs="Aptos"/>
          <w:color w:val="7030A0"/>
        </w:rPr>
        <w:t>c</w:t>
      </w:r>
      <w:r>
        <w:rPr>
          <w:rFonts w:ascii="Aptos" w:eastAsia="Aptos" w:hAnsi="Aptos" w:cs="Aptos"/>
          <w:color w:val="7030A0"/>
        </w:rPr>
        <w:t xml:space="preserve">ould create joint training modules. Portals should provide structured fields for uploading verified data from APIs.  The Law Society should update </w:t>
      </w:r>
      <w:r w:rsidR="003574CA">
        <w:rPr>
          <w:rFonts w:ascii="Aptos" w:eastAsia="Aptos" w:hAnsi="Aptos" w:cs="Aptos"/>
          <w:color w:val="7030A0"/>
        </w:rPr>
        <w:t>its</w:t>
      </w:r>
      <w:r>
        <w:rPr>
          <w:rFonts w:ascii="Aptos" w:eastAsia="Aptos" w:hAnsi="Aptos" w:cs="Aptos"/>
          <w:color w:val="7030A0"/>
        </w:rPr>
        <w:t xml:space="preserve"> Conveyancing Protocol and the DPMSG should publish the Digital Property Information Protocol webpages. All interested parties </w:t>
      </w:r>
      <w:r w:rsidR="00376744">
        <w:rPr>
          <w:rFonts w:ascii="Aptos" w:eastAsia="Aptos" w:hAnsi="Aptos" w:cs="Aptos"/>
          <w:color w:val="7030A0"/>
        </w:rPr>
        <w:t>should move</w:t>
      </w:r>
      <w:r>
        <w:rPr>
          <w:rFonts w:ascii="Aptos" w:eastAsia="Aptos" w:hAnsi="Aptos" w:cs="Aptos"/>
          <w:color w:val="7030A0"/>
        </w:rPr>
        <w:t xml:space="preserve"> away from existing terms to be consistent and educate the consumer </w:t>
      </w:r>
      <w:r w:rsidR="003574CA">
        <w:rPr>
          <w:rFonts w:ascii="Aptos" w:eastAsia="Aptos" w:hAnsi="Aptos" w:cs="Aptos"/>
          <w:color w:val="7030A0"/>
        </w:rPr>
        <w:t>–</w:t>
      </w:r>
      <w:r>
        <w:rPr>
          <w:rFonts w:ascii="Aptos" w:eastAsia="Aptos" w:hAnsi="Aptos" w:cs="Aptos"/>
          <w:color w:val="7030A0"/>
        </w:rPr>
        <w:t xml:space="preserve"> </w:t>
      </w:r>
      <w:r w:rsidR="003574CA">
        <w:rPr>
          <w:rFonts w:ascii="Aptos" w:eastAsia="Aptos" w:hAnsi="Aptos" w:cs="Aptos"/>
          <w:color w:val="7030A0"/>
        </w:rPr>
        <w:t>for example,</w:t>
      </w:r>
      <w:r>
        <w:rPr>
          <w:rFonts w:ascii="Aptos" w:eastAsia="Aptos" w:hAnsi="Aptos" w:cs="Aptos"/>
          <w:color w:val="7030A0"/>
        </w:rPr>
        <w:t xml:space="preserve"> local search, locality</w:t>
      </w:r>
      <w:r w:rsidR="003574CA">
        <w:rPr>
          <w:rFonts w:ascii="Aptos" w:eastAsia="Aptos" w:hAnsi="Aptos" w:cs="Aptos"/>
          <w:color w:val="7030A0"/>
        </w:rPr>
        <w:t>-</w:t>
      </w:r>
      <w:r>
        <w:rPr>
          <w:rFonts w:ascii="Aptos" w:eastAsia="Aptos" w:hAnsi="Aptos" w:cs="Aptos"/>
          <w:color w:val="7030A0"/>
        </w:rPr>
        <w:t xml:space="preserve">based searches to search data.  </w:t>
      </w:r>
    </w:p>
    <w:p w14:paraId="50B31AFF" w14:textId="77777777" w:rsidR="00201521" w:rsidRPr="00BA67DB" w:rsidRDefault="00000000" w:rsidP="00BA67DB">
      <w:pPr>
        <w:pStyle w:val="Heading2"/>
        <w:rPr>
          <w:rFonts w:ascii="Aptos" w:hAnsi="Aptos"/>
          <w:sz w:val="22"/>
        </w:rPr>
      </w:pPr>
      <w:r w:rsidRPr="00BA67DB">
        <w:rPr>
          <w:rFonts w:ascii="Aptos" w:hAnsi="Aptos"/>
          <w:sz w:val="22"/>
        </w:rPr>
        <w:t>Question 24</w:t>
      </w:r>
    </w:p>
    <w:p w14:paraId="021F942A" w14:textId="77777777" w:rsidR="00201521" w:rsidRDefault="00000000">
      <w:pPr>
        <w:rPr>
          <w:rFonts w:ascii="Aptos" w:eastAsia="Aptos" w:hAnsi="Aptos" w:cs="Aptos"/>
        </w:rPr>
      </w:pPr>
      <w:r>
        <w:rPr>
          <w:rFonts w:ascii="Aptos" w:eastAsia="Aptos" w:hAnsi="Aptos" w:cs="Aptos"/>
        </w:rPr>
        <w:t xml:space="preserve">Are there </w:t>
      </w:r>
      <w:proofErr w:type="gramStart"/>
      <w:r>
        <w:rPr>
          <w:rFonts w:ascii="Aptos" w:eastAsia="Aptos" w:hAnsi="Aptos" w:cs="Aptos"/>
        </w:rPr>
        <w:t>changes</w:t>
      </w:r>
      <w:proofErr w:type="gramEnd"/>
      <w:r>
        <w:rPr>
          <w:rFonts w:ascii="Aptos" w:eastAsia="Aptos" w:hAnsi="Aptos" w:cs="Aptos"/>
        </w:rPr>
        <w:t xml:space="preserve"> industry or individual businesses will have to make to support the effective implementation of guidance on material information which you wish to highlight? </w:t>
      </w:r>
    </w:p>
    <w:p w14:paraId="1083B579" w14:textId="77777777" w:rsidR="00201521" w:rsidRDefault="00000000">
      <w:pPr>
        <w:rPr>
          <w:rFonts w:ascii="Aptos" w:eastAsia="Aptos" w:hAnsi="Aptos" w:cs="Aptos"/>
          <w:color w:val="7030A0"/>
        </w:rPr>
      </w:pPr>
      <w:r>
        <w:rPr>
          <w:rFonts w:ascii="Aptos" w:eastAsia="Aptos" w:hAnsi="Aptos" w:cs="Aptos"/>
          <w:color w:val="7030A0"/>
        </w:rPr>
        <w:t>All stakeholders will need to update CRM systems, portal feeds, and deliver staff training. Conveyancers should develop digital instruction workflows compatible with logbooks and APIs.</w:t>
      </w:r>
    </w:p>
    <w:p w14:paraId="27D5AEDD" w14:textId="5D543902" w:rsidR="00201521" w:rsidRDefault="00000000">
      <w:pPr>
        <w:rPr>
          <w:rFonts w:ascii="Aptos" w:eastAsia="Aptos" w:hAnsi="Aptos" w:cs="Aptos"/>
          <w:color w:val="7030A0"/>
        </w:rPr>
      </w:pPr>
      <w:r>
        <w:rPr>
          <w:rFonts w:ascii="Aptos" w:eastAsia="Aptos" w:hAnsi="Aptos" w:cs="Aptos"/>
          <w:color w:val="7030A0"/>
        </w:rPr>
        <w:t xml:space="preserve">All stakeholders will need to add customer education </w:t>
      </w:r>
      <w:r w:rsidR="003574CA">
        <w:rPr>
          <w:rFonts w:ascii="Aptos" w:eastAsia="Aptos" w:hAnsi="Aptos" w:cs="Aptos"/>
          <w:color w:val="7030A0"/>
        </w:rPr>
        <w:t>to</w:t>
      </w:r>
      <w:r>
        <w:rPr>
          <w:rFonts w:ascii="Aptos" w:eastAsia="Aptos" w:hAnsi="Aptos" w:cs="Aptos"/>
          <w:color w:val="7030A0"/>
        </w:rPr>
        <w:t xml:space="preserve"> their processes to highlight the need, cost and benefit of material information.</w:t>
      </w:r>
    </w:p>
    <w:p w14:paraId="4BA21ED7" w14:textId="031BD6B3" w:rsidR="00201521" w:rsidRDefault="00000000">
      <w:pPr>
        <w:rPr>
          <w:rFonts w:ascii="Aptos" w:eastAsia="Roboto" w:hAnsi="Aptos" w:cs="Roboto"/>
          <w:color w:val="8064A2" w:themeColor="accent4"/>
        </w:rPr>
      </w:pPr>
      <w:r w:rsidRPr="00376744">
        <w:rPr>
          <w:rFonts w:ascii="Aptos" w:eastAsia="Roboto" w:hAnsi="Aptos" w:cs="Roboto"/>
          <w:color w:val="8064A2" w:themeColor="accent4"/>
          <w:highlight w:val="white"/>
        </w:rPr>
        <w:t>Input should be gathered from the professional indemnity insurers.  If the impact of these changes is that PI costs increase, due to uncertainty about new types of risk and liability it may be multi-disciplinary firms retreat from conveyancing or create insurance difficulty for some conveyancing specialists.</w:t>
      </w:r>
    </w:p>
    <w:p w14:paraId="2585EDAE" w14:textId="77777777" w:rsidR="00201521" w:rsidRPr="00BA67DB" w:rsidRDefault="00000000" w:rsidP="00BA67DB">
      <w:pPr>
        <w:pStyle w:val="Heading2"/>
        <w:rPr>
          <w:rFonts w:ascii="Aptos" w:hAnsi="Aptos"/>
          <w:sz w:val="22"/>
        </w:rPr>
      </w:pPr>
      <w:r w:rsidRPr="00BA67DB">
        <w:rPr>
          <w:rFonts w:ascii="Aptos" w:hAnsi="Aptos"/>
          <w:sz w:val="22"/>
        </w:rPr>
        <w:t>Question 25</w:t>
      </w:r>
    </w:p>
    <w:p w14:paraId="1DFC024E" w14:textId="77777777" w:rsidR="00201521" w:rsidRDefault="00000000">
      <w:pPr>
        <w:rPr>
          <w:rFonts w:ascii="Aptos" w:eastAsia="Aptos" w:hAnsi="Aptos" w:cs="Aptos"/>
        </w:rPr>
      </w:pPr>
      <w:r>
        <w:rPr>
          <w:rFonts w:ascii="Aptos" w:eastAsia="Aptos" w:hAnsi="Aptos" w:cs="Aptos"/>
        </w:rPr>
        <w:t>Do you think that material information guidance should be rolled out gradually during an implementation period? </w:t>
      </w:r>
    </w:p>
    <w:p w14:paraId="67F138DC" w14:textId="17648742" w:rsidR="00201521" w:rsidRPr="00376744" w:rsidRDefault="00000000">
      <w:pPr>
        <w:rPr>
          <w:rFonts w:ascii="Aptos" w:eastAsia="Aptos" w:hAnsi="Aptos" w:cs="Aptos"/>
          <w:color w:val="8064A2" w:themeColor="accent4"/>
        </w:rPr>
      </w:pPr>
      <w:r w:rsidRPr="00376744">
        <w:rPr>
          <w:rFonts w:ascii="Aptos" w:eastAsia="Aptos" w:hAnsi="Aptos" w:cs="Aptos"/>
          <w:color w:val="8064A2" w:themeColor="accent4"/>
        </w:rPr>
        <w:t xml:space="preserve">Yes, development of software will require notice and time. A phased rollout over 12 months will ensure readiness, starting with new listings, then all by year two. </w:t>
      </w:r>
      <w:r w:rsidR="00376744">
        <w:rPr>
          <w:rFonts w:ascii="Aptos" w:eastAsia="Aptos" w:hAnsi="Aptos" w:cs="Aptos"/>
          <w:color w:val="8064A2" w:themeColor="accent4"/>
        </w:rPr>
        <w:t xml:space="preserve">The </w:t>
      </w:r>
      <w:r w:rsidRPr="00376744">
        <w:rPr>
          <w:rFonts w:ascii="Aptos" w:eastAsia="Roboto" w:hAnsi="Aptos" w:cs="Roboto"/>
          <w:color w:val="8064A2" w:themeColor="accent4"/>
          <w:highlight w:val="white"/>
        </w:rPr>
        <w:t xml:space="preserve">Conveyancing </w:t>
      </w:r>
      <w:r w:rsidR="003574CA">
        <w:rPr>
          <w:rFonts w:ascii="Aptos" w:eastAsia="Roboto" w:hAnsi="Aptos" w:cs="Roboto"/>
          <w:color w:val="8064A2" w:themeColor="accent4"/>
          <w:highlight w:val="white"/>
        </w:rPr>
        <w:t>i</w:t>
      </w:r>
      <w:r w:rsidRPr="00376744">
        <w:rPr>
          <w:rFonts w:ascii="Aptos" w:eastAsia="Roboto" w:hAnsi="Aptos" w:cs="Roboto"/>
          <w:color w:val="8064A2" w:themeColor="accent4"/>
          <w:highlight w:val="white"/>
        </w:rPr>
        <w:t>ndustry should be comprehensively consulted about any transition and phasing plan to avoid busy periods which occur every year</w:t>
      </w:r>
      <w:r w:rsidR="003574CA">
        <w:rPr>
          <w:rFonts w:ascii="Aptos" w:eastAsia="Roboto" w:hAnsi="Aptos" w:cs="Roboto"/>
          <w:color w:val="8064A2" w:themeColor="accent4"/>
          <w:highlight w:val="white"/>
        </w:rPr>
        <w:t>,</w:t>
      </w:r>
      <w:r w:rsidR="00376744">
        <w:rPr>
          <w:rFonts w:ascii="Aptos" w:eastAsia="Roboto" w:hAnsi="Aptos" w:cs="Roboto"/>
          <w:color w:val="8064A2" w:themeColor="accent4"/>
          <w:highlight w:val="white"/>
        </w:rPr>
        <w:t xml:space="preserve"> or due to other policy updates such as SDLT discounts clashing with Easter</w:t>
      </w:r>
      <w:r w:rsidRPr="00376744">
        <w:rPr>
          <w:rFonts w:ascii="Aptos" w:eastAsia="Roboto" w:hAnsi="Aptos" w:cs="Roboto"/>
          <w:color w:val="8064A2" w:themeColor="accent4"/>
          <w:highlight w:val="white"/>
        </w:rPr>
        <w:t>.</w:t>
      </w:r>
    </w:p>
    <w:p w14:paraId="2C1F378D" w14:textId="77777777" w:rsidR="00201521" w:rsidRDefault="00000000">
      <w:pPr>
        <w:rPr>
          <w:rFonts w:ascii="Aptos" w:eastAsia="Aptos" w:hAnsi="Aptos" w:cs="Aptos"/>
          <w:color w:val="7030A0"/>
        </w:rPr>
      </w:pPr>
      <w:r>
        <w:rPr>
          <w:rFonts w:ascii="Aptos" w:eastAsia="Aptos" w:hAnsi="Aptos" w:cs="Aptos"/>
          <w:color w:val="7030A0"/>
        </w:rPr>
        <w:t xml:space="preserve">During any transitional </w:t>
      </w:r>
      <w:proofErr w:type="gramStart"/>
      <w:r>
        <w:rPr>
          <w:rFonts w:ascii="Aptos" w:eastAsia="Aptos" w:hAnsi="Aptos" w:cs="Aptos"/>
          <w:color w:val="7030A0"/>
        </w:rPr>
        <w:t>period</w:t>
      </w:r>
      <w:proofErr w:type="gramEnd"/>
      <w:r>
        <w:rPr>
          <w:rFonts w:ascii="Aptos" w:eastAsia="Aptos" w:hAnsi="Aptos" w:cs="Aptos"/>
          <w:color w:val="7030A0"/>
        </w:rPr>
        <w:t xml:space="preserve"> stakeholders will need to run duplicated systems.  </w:t>
      </w:r>
    </w:p>
    <w:p w14:paraId="44A2D7B7" w14:textId="31F1ACCF" w:rsidR="00201521" w:rsidRDefault="00000000">
      <w:pPr>
        <w:rPr>
          <w:rFonts w:ascii="Aptos" w:eastAsia="Aptos" w:hAnsi="Aptos" w:cs="Aptos"/>
          <w:color w:val="7030A0"/>
        </w:rPr>
      </w:pPr>
      <w:r>
        <w:rPr>
          <w:rFonts w:ascii="Aptos" w:eastAsia="Aptos" w:hAnsi="Aptos" w:cs="Aptos"/>
          <w:color w:val="7030A0"/>
        </w:rPr>
        <w:t>For sellers</w:t>
      </w:r>
      <w:r w:rsidR="003574CA">
        <w:rPr>
          <w:rFonts w:ascii="Aptos" w:eastAsia="Aptos" w:hAnsi="Aptos" w:cs="Aptos"/>
          <w:color w:val="7030A0"/>
        </w:rPr>
        <w:t>’</w:t>
      </w:r>
      <w:r>
        <w:rPr>
          <w:rFonts w:ascii="Aptos" w:eastAsia="Aptos" w:hAnsi="Aptos" w:cs="Aptos"/>
          <w:color w:val="7030A0"/>
        </w:rPr>
        <w:t xml:space="preserve"> conveyancers they will need to add into their workflow:</w:t>
      </w:r>
    </w:p>
    <w:p w14:paraId="363A69DD" w14:textId="24616527" w:rsidR="00201521" w:rsidRDefault="003574CA">
      <w:pPr>
        <w:numPr>
          <w:ilvl w:val="0"/>
          <w:numId w:val="2"/>
        </w:numPr>
        <w:spacing w:after="0"/>
        <w:rPr>
          <w:rFonts w:ascii="Aptos" w:eastAsia="Aptos" w:hAnsi="Aptos" w:cs="Aptos"/>
          <w:color w:val="7030A0"/>
        </w:rPr>
      </w:pPr>
      <w:r>
        <w:rPr>
          <w:rFonts w:ascii="Aptos" w:eastAsia="Aptos" w:hAnsi="Aptos" w:cs="Aptos"/>
          <w:color w:val="7030A0"/>
        </w:rPr>
        <w:t>Pre-sale ordering and chasing for title information, searches and asking the seller to complete the Buying and Selling Property Information.</w:t>
      </w:r>
    </w:p>
    <w:p w14:paraId="79FC09B7" w14:textId="233D02D9" w:rsidR="00201521" w:rsidRDefault="003574CA">
      <w:pPr>
        <w:numPr>
          <w:ilvl w:val="0"/>
          <w:numId w:val="2"/>
        </w:numPr>
        <w:spacing w:after="0"/>
        <w:rPr>
          <w:rFonts w:ascii="Aptos" w:eastAsia="Aptos" w:hAnsi="Aptos" w:cs="Aptos"/>
          <w:color w:val="7030A0"/>
        </w:rPr>
      </w:pPr>
      <w:r>
        <w:rPr>
          <w:rFonts w:ascii="Aptos" w:eastAsia="Aptos" w:hAnsi="Aptos" w:cs="Aptos"/>
          <w:color w:val="7030A0"/>
        </w:rPr>
        <w:t>Reviewing the information gathered at stage one and identification of the Material Information, plus communicating that to the estate agent and the seller.</w:t>
      </w:r>
    </w:p>
    <w:p w14:paraId="550DA7CB" w14:textId="641413EC" w:rsidR="00201521" w:rsidRDefault="003574CA">
      <w:pPr>
        <w:numPr>
          <w:ilvl w:val="0"/>
          <w:numId w:val="2"/>
        </w:numPr>
        <w:rPr>
          <w:rFonts w:ascii="Aptos" w:eastAsia="Aptos" w:hAnsi="Aptos" w:cs="Aptos"/>
          <w:color w:val="7030A0"/>
        </w:rPr>
      </w:pPr>
      <w:r>
        <w:rPr>
          <w:rFonts w:ascii="Aptos" w:eastAsia="Aptos" w:hAnsi="Aptos" w:cs="Aptos"/>
          <w:color w:val="7030A0"/>
        </w:rPr>
        <w:t>Outlining to the seller any Material Information which could impact the title marketability and provide estimates of the cost of resolving the issue.</w:t>
      </w:r>
    </w:p>
    <w:p w14:paraId="07EAE965" w14:textId="3F4339C5" w:rsidR="00201521" w:rsidRPr="00BA67DB" w:rsidRDefault="00000000" w:rsidP="00BA67DB">
      <w:pPr>
        <w:pStyle w:val="Heading2"/>
        <w:keepNext w:val="0"/>
        <w:keepLines w:val="0"/>
        <w:spacing w:before="0" w:after="200"/>
        <w:rPr>
          <w:rFonts w:ascii="Aptos" w:hAnsi="Aptos"/>
          <w:b w:val="0"/>
          <w:color w:val="7030A0"/>
          <w:sz w:val="22"/>
        </w:rPr>
      </w:pPr>
      <w:bookmarkStart w:id="9" w:name="_heading=h.sjqkpvd1rqne" w:colFirst="0" w:colLast="0"/>
      <w:bookmarkEnd w:id="9"/>
      <w:r w:rsidRPr="00BA67DB">
        <w:rPr>
          <w:rFonts w:ascii="Aptos" w:hAnsi="Aptos"/>
          <w:b w:val="0"/>
          <w:color w:val="7030A0"/>
          <w:sz w:val="22"/>
        </w:rPr>
        <w:t>For buyer</w:t>
      </w:r>
      <w:r w:rsidR="003574CA">
        <w:rPr>
          <w:rFonts w:ascii="Aptos" w:hAnsi="Aptos"/>
          <w:b w:val="0"/>
          <w:color w:val="7030A0"/>
          <w:sz w:val="22"/>
        </w:rPr>
        <w:t>s’</w:t>
      </w:r>
      <w:r w:rsidRPr="00BA67DB">
        <w:rPr>
          <w:rFonts w:ascii="Aptos" w:hAnsi="Aptos"/>
          <w:b w:val="0"/>
          <w:color w:val="7030A0"/>
          <w:sz w:val="22"/>
        </w:rPr>
        <w:t xml:space="preserve"> conveyancers, their systems would already ask for the title information and seller information and ordering any searches not already supplied, so there would be less system development required.</w:t>
      </w:r>
    </w:p>
    <w:p w14:paraId="5A088894" w14:textId="77777777" w:rsidR="00201521" w:rsidRPr="00BA67DB" w:rsidRDefault="00000000" w:rsidP="00BA67DB">
      <w:pPr>
        <w:pStyle w:val="Heading2"/>
        <w:rPr>
          <w:rFonts w:ascii="Aptos" w:hAnsi="Aptos"/>
          <w:sz w:val="22"/>
        </w:rPr>
      </w:pPr>
      <w:r w:rsidRPr="00BA67DB">
        <w:rPr>
          <w:rFonts w:ascii="Aptos" w:hAnsi="Aptos"/>
          <w:sz w:val="22"/>
        </w:rPr>
        <w:t>Question 26</w:t>
      </w:r>
    </w:p>
    <w:p w14:paraId="146C7B26" w14:textId="77777777" w:rsidR="00201521" w:rsidRDefault="00000000">
      <w:pPr>
        <w:rPr>
          <w:rFonts w:ascii="Aptos" w:eastAsia="Aptos" w:hAnsi="Aptos" w:cs="Aptos"/>
        </w:rPr>
      </w:pPr>
      <w:r>
        <w:rPr>
          <w:rFonts w:ascii="Aptos" w:eastAsia="Aptos" w:hAnsi="Aptos" w:cs="Aptos"/>
        </w:rPr>
        <w:t>Is there anything else, beyond the issues highlighted in the questions above, that you think needs to be included in guidance to support estate agents with their responsibilities regarding material information?</w:t>
      </w:r>
    </w:p>
    <w:p w14:paraId="20BD0B11" w14:textId="3B629E10" w:rsidR="00201521" w:rsidRDefault="00000000">
      <w:pPr>
        <w:rPr>
          <w:rFonts w:ascii="Aptos" w:eastAsia="Aptos" w:hAnsi="Aptos" w:cs="Aptos"/>
          <w:color w:val="7030A0"/>
        </w:rPr>
      </w:pPr>
      <w:r>
        <w:rPr>
          <w:rFonts w:ascii="Aptos" w:eastAsia="Aptos" w:hAnsi="Aptos" w:cs="Aptos"/>
          <w:color w:val="7030A0"/>
        </w:rPr>
        <w:t xml:space="preserve">Include clear guidance on liability boundaries, data refresh expectations (EPCs are 10 years, electrical test reports </w:t>
      </w:r>
      <w:r w:rsidR="00EB2E8A">
        <w:rPr>
          <w:rFonts w:ascii="Aptos" w:eastAsia="Aptos" w:hAnsi="Aptos" w:cs="Aptos"/>
          <w:color w:val="7030A0"/>
        </w:rPr>
        <w:t>five</w:t>
      </w:r>
      <w:r>
        <w:rPr>
          <w:rFonts w:ascii="Aptos" w:eastAsia="Aptos" w:hAnsi="Aptos" w:cs="Aptos"/>
          <w:color w:val="7030A0"/>
        </w:rPr>
        <w:t xml:space="preserve"> years, Gas Safety one year</w:t>
      </w:r>
      <w:r w:rsidR="00EB2E8A">
        <w:rPr>
          <w:rFonts w:ascii="Aptos" w:eastAsia="Aptos" w:hAnsi="Aptos" w:cs="Aptos"/>
          <w:color w:val="7030A0"/>
        </w:rPr>
        <w:t xml:space="preserve"> - </w:t>
      </w:r>
      <w:r>
        <w:rPr>
          <w:rFonts w:ascii="Aptos" w:eastAsia="Aptos" w:hAnsi="Aptos" w:cs="Aptos"/>
          <w:color w:val="7030A0"/>
        </w:rPr>
        <w:t xml:space="preserve">should MI be </w:t>
      </w:r>
      <w:r w:rsidR="00EB2E8A">
        <w:rPr>
          <w:rFonts w:ascii="Aptos" w:eastAsia="Aptos" w:hAnsi="Aptos" w:cs="Aptos"/>
          <w:color w:val="7030A0"/>
        </w:rPr>
        <w:t>five</w:t>
      </w:r>
      <w:r>
        <w:rPr>
          <w:rFonts w:ascii="Aptos" w:eastAsia="Aptos" w:hAnsi="Aptos" w:cs="Aptos"/>
          <w:color w:val="7030A0"/>
        </w:rPr>
        <w:t xml:space="preserve"> years for example</w:t>
      </w:r>
      <w:r w:rsidR="00EB2E8A">
        <w:rPr>
          <w:rFonts w:ascii="Aptos" w:eastAsia="Aptos" w:hAnsi="Aptos" w:cs="Aptos"/>
          <w:color w:val="7030A0"/>
        </w:rPr>
        <w:t>?</w:t>
      </w:r>
      <w:r>
        <w:rPr>
          <w:rFonts w:ascii="Aptos" w:eastAsia="Aptos" w:hAnsi="Aptos" w:cs="Aptos"/>
          <w:color w:val="7030A0"/>
        </w:rPr>
        <w:t>), and interoperability with digital logbooks and digital property packs. Material Information should not be a static PDF but a living, verified data object linked to the property’s UPRN.</w:t>
      </w:r>
    </w:p>
    <w:p w14:paraId="0F5E4FBD" w14:textId="5156A008" w:rsidR="00201521" w:rsidRDefault="00000000">
      <w:pPr>
        <w:rPr>
          <w:rFonts w:ascii="Aptos" w:eastAsia="Aptos" w:hAnsi="Aptos" w:cs="Aptos"/>
          <w:color w:val="7030A0"/>
        </w:rPr>
      </w:pPr>
      <w:r>
        <w:rPr>
          <w:rFonts w:ascii="Aptos" w:eastAsia="Aptos" w:hAnsi="Aptos" w:cs="Aptos"/>
          <w:color w:val="7030A0"/>
        </w:rPr>
        <w:t xml:space="preserve">The consumer will need to have highlighted to them which expert adviser to go to for each type of MI to prevent them having to read through pages of terms and conditions to identify whether the professional will advise them on that </w:t>
      </w:r>
      <w:proofErr w:type="gramStart"/>
      <w:r>
        <w:rPr>
          <w:rFonts w:ascii="Aptos" w:eastAsia="Aptos" w:hAnsi="Aptos" w:cs="Aptos"/>
          <w:color w:val="7030A0"/>
        </w:rPr>
        <w:t>particular issue</w:t>
      </w:r>
      <w:proofErr w:type="gramEnd"/>
      <w:r>
        <w:rPr>
          <w:rFonts w:ascii="Aptos" w:eastAsia="Aptos" w:hAnsi="Aptos" w:cs="Aptos"/>
          <w:color w:val="7030A0"/>
        </w:rPr>
        <w:t>. This will also avoid scope creep which causes huge concern to stakeholders and insurers alike.</w:t>
      </w:r>
    </w:p>
    <w:p w14:paraId="3025C0DB" w14:textId="039270A9" w:rsidR="00201521" w:rsidRDefault="00000000">
      <w:pPr>
        <w:rPr>
          <w:rFonts w:ascii="Aptos" w:eastAsia="Aptos" w:hAnsi="Aptos" w:cs="Aptos"/>
          <w:color w:val="7030A0"/>
        </w:rPr>
      </w:pPr>
      <w:r>
        <w:rPr>
          <w:rFonts w:ascii="Aptos" w:eastAsia="Aptos" w:hAnsi="Aptos" w:cs="Aptos"/>
          <w:color w:val="7030A0"/>
        </w:rPr>
        <w:t>Splitting the MI into categories will enable the consumer to identify whether the relevant adviser is a conveyancer, surveyor, asbestos specialist, tax adviser, property manager or mortgage intermediary</w:t>
      </w:r>
      <w:r w:rsidR="00EB2E8A">
        <w:rPr>
          <w:rFonts w:ascii="Aptos" w:eastAsia="Aptos" w:hAnsi="Aptos" w:cs="Aptos"/>
          <w:color w:val="7030A0"/>
        </w:rPr>
        <w:t xml:space="preserve">, </w:t>
      </w:r>
      <w:r>
        <w:rPr>
          <w:rFonts w:ascii="Aptos" w:eastAsia="Aptos" w:hAnsi="Aptos" w:cs="Aptos"/>
          <w:color w:val="7030A0"/>
        </w:rPr>
        <w:t>or some other specialist with the expertise relevant to the MI verified to be applicable to that property.</w:t>
      </w:r>
    </w:p>
    <w:p w14:paraId="33645811" w14:textId="0293E6BD" w:rsidR="00201521" w:rsidRDefault="00000000">
      <w:pPr>
        <w:rPr>
          <w:rFonts w:ascii="Aptos" w:eastAsia="Aptos" w:hAnsi="Aptos" w:cs="Aptos"/>
          <w:color w:val="7030A0"/>
        </w:rPr>
      </w:pPr>
      <w:r>
        <w:rPr>
          <w:rFonts w:ascii="Aptos" w:eastAsia="Aptos" w:hAnsi="Aptos" w:cs="Aptos"/>
          <w:color w:val="7030A0"/>
        </w:rPr>
        <w:t>For example, escalating ground rent in a lease need</w:t>
      </w:r>
      <w:r w:rsidR="00597F75">
        <w:rPr>
          <w:rFonts w:ascii="Aptos" w:eastAsia="Aptos" w:hAnsi="Aptos" w:cs="Aptos"/>
          <w:color w:val="7030A0"/>
        </w:rPr>
        <w:t>s</w:t>
      </w:r>
      <w:r>
        <w:rPr>
          <w:rFonts w:ascii="Aptos" w:eastAsia="Aptos" w:hAnsi="Aptos" w:cs="Aptos"/>
          <w:color w:val="7030A0"/>
        </w:rPr>
        <w:t xml:space="preserve"> advice from a conveyancer as to the legal implications, a financial adviser as to affordability and a mortgage intermediary as to which lender will lend on that property.</w:t>
      </w:r>
    </w:p>
    <w:p w14:paraId="4F1A762B" w14:textId="77777777" w:rsidR="00201521" w:rsidRDefault="00000000">
      <w:pPr>
        <w:rPr>
          <w:rFonts w:ascii="Aptos" w:eastAsia="Aptos" w:hAnsi="Aptos" w:cs="Aptos"/>
          <w:b/>
          <w:bCs/>
          <w:color w:val="7030A0"/>
        </w:rPr>
      </w:pPr>
      <w:r>
        <w:rPr>
          <w:rFonts w:ascii="Aptos" w:eastAsia="Aptos" w:hAnsi="Aptos" w:cs="Aptos"/>
          <w:b/>
          <w:bCs/>
          <w:color w:val="7030A0"/>
        </w:rPr>
        <w:t>Appendices</w:t>
      </w:r>
    </w:p>
    <w:p w14:paraId="45343047" w14:textId="77777777" w:rsidR="00201521" w:rsidRDefault="00000000">
      <w:pPr>
        <w:jc w:val="center"/>
        <w:rPr>
          <w:rFonts w:ascii="Aptos" w:eastAsia="Aptos" w:hAnsi="Aptos" w:cs="Aptos"/>
          <w:color w:val="7030A0"/>
        </w:rPr>
      </w:pPr>
      <w:r>
        <w:rPr>
          <w:rFonts w:ascii="Aptos" w:eastAsia="Aptos" w:hAnsi="Aptos" w:cs="Aptos"/>
          <w:color w:val="7030A0"/>
        </w:rPr>
        <w:t>EXAMPLE CATEGORISED MATERIAL INFORMATION</w:t>
      </w:r>
    </w:p>
    <w:p w14:paraId="7E2CF9C4" w14:textId="77777777" w:rsidR="00201521" w:rsidRDefault="00000000">
      <w:pPr>
        <w:spacing w:after="0"/>
        <w:jc w:val="center"/>
        <w:rPr>
          <w:rFonts w:ascii="Arial" w:eastAsia="Arial" w:hAnsi="Arial" w:cs="Arial"/>
          <w:b/>
          <w:bCs/>
          <w:sz w:val="24"/>
          <w:szCs w:val="24"/>
        </w:rPr>
      </w:pPr>
      <w:r>
        <w:rPr>
          <w:rFonts w:ascii="Arial" w:eastAsia="Arial" w:hAnsi="Arial" w:cs="Arial"/>
          <w:b/>
          <w:bCs/>
          <w:sz w:val="24"/>
          <w:szCs w:val="24"/>
        </w:rPr>
        <w:t>Material information</w:t>
      </w:r>
    </w:p>
    <w:p w14:paraId="1E76DC93" w14:textId="77777777" w:rsidR="00201521" w:rsidRDefault="00000000">
      <w:pPr>
        <w:spacing w:after="0"/>
        <w:jc w:val="center"/>
        <w:rPr>
          <w:rFonts w:ascii="Arial" w:eastAsia="Arial" w:hAnsi="Arial" w:cs="Arial"/>
          <w:i/>
          <w:iCs/>
          <w:sz w:val="20"/>
          <w:szCs w:val="20"/>
        </w:rPr>
      </w:pPr>
      <w:r>
        <w:rPr>
          <w:rFonts w:ascii="Arial" w:eastAsia="Arial" w:hAnsi="Arial" w:cs="Arial"/>
          <w:i/>
          <w:iCs/>
          <w:sz w:val="20"/>
          <w:szCs w:val="20"/>
        </w:rPr>
        <w:t>(based on the average consumer’s intended use and enjoyment of the property)</w:t>
      </w:r>
    </w:p>
    <w:p w14:paraId="50F8BD5B" w14:textId="77777777" w:rsidR="00201521" w:rsidRDefault="00201521">
      <w:pPr>
        <w:spacing w:after="0"/>
        <w:jc w:val="center"/>
        <w:rPr>
          <w:rFonts w:ascii="Arial" w:eastAsia="Arial" w:hAnsi="Arial" w:cs="Arial"/>
          <w:i/>
          <w:iCs/>
          <w:sz w:val="20"/>
          <w:szCs w:val="20"/>
        </w:rPr>
      </w:pPr>
    </w:p>
    <w:p w14:paraId="7185309C" w14:textId="77777777" w:rsidR="00201521" w:rsidRDefault="00000000">
      <w:pPr>
        <w:rPr>
          <w:rFonts w:ascii="Arial" w:eastAsia="Arial" w:hAnsi="Arial" w:cs="Arial"/>
          <w:b/>
          <w:bCs/>
          <w:sz w:val="20"/>
          <w:szCs w:val="20"/>
        </w:rPr>
      </w:pPr>
      <w:r>
        <w:rPr>
          <w:rFonts w:ascii="Arial" w:eastAsia="Arial" w:hAnsi="Arial" w:cs="Arial"/>
          <w:b/>
          <w:bCs/>
          <w:sz w:val="20"/>
          <w:szCs w:val="20"/>
        </w:rPr>
        <w:t>Property: 45 Arley Close, Swindon SN3 5AG Guide Price: £399,000</w:t>
      </w:r>
    </w:p>
    <w:p w14:paraId="1DA6C7BC" w14:textId="77777777" w:rsidR="00201521" w:rsidRDefault="00000000">
      <w:pPr>
        <w:spacing w:after="0"/>
        <w:rPr>
          <w:rFonts w:ascii="Arial" w:eastAsia="Arial" w:hAnsi="Arial" w:cs="Arial"/>
          <w:b/>
          <w:bCs/>
          <w:sz w:val="20"/>
          <w:szCs w:val="20"/>
        </w:rPr>
      </w:pPr>
      <w:r>
        <w:rPr>
          <w:rFonts w:ascii="Arial" w:eastAsia="Arial" w:hAnsi="Arial" w:cs="Arial"/>
          <w:b/>
          <w:bCs/>
          <w:sz w:val="20"/>
          <w:szCs w:val="20"/>
        </w:rPr>
        <w:t>Title</w:t>
      </w:r>
    </w:p>
    <w:p w14:paraId="224942E7" w14:textId="77777777" w:rsidR="00201521" w:rsidRDefault="00000000">
      <w:pPr>
        <w:spacing w:after="0"/>
        <w:rPr>
          <w:rFonts w:ascii="Arial" w:eastAsia="Arial" w:hAnsi="Arial" w:cs="Arial"/>
          <w:sz w:val="20"/>
          <w:szCs w:val="20"/>
        </w:rPr>
      </w:pPr>
      <w:r>
        <w:rPr>
          <w:rFonts w:ascii="Arial" w:eastAsia="Arial" w:hAnsi="Arial" w:cs="Arial"/>
          <w:sz w:val="20"/>
          <w:szCs w:val="20"/>
        </w:rPr>
        <w:t>The property is a Freehold house.</w:t>
      </w:r>
    </w:p>
    <w:p w14:paraId="6F9855F5" w14:textId="77777777" w:rsidR="00201521" w:rsidRDefault="00000000">
      <w:pPr>
        <w:rPr>
          <w:rFonts w:ascii="Arial" w:eastAsia="Arial" w:hAnsi="Arial" w:cs="Arial"/>
          <w:sz w:val="20"/>
          <w:szCs w:val="20"/>
        </w:rPr>
      </w:pPr>
      <w:r>
        <w:rPr>
          <w:rFonts w:ascii="Arial" w:eastAsia="Arial" w:hAnsi="Arial" w:cs="Arial"/>
          <w:sz w:val="20"/>
          <w:szCs w:val="20"/>
        </w:rPr>
        <w:tab/>
        <w:t>There is no lease or payment required for shared amenities.</w:t>
      </w:r>
      <w:r>
        <w:rPr>
          <w:noProof/>
        </w:rPr>
        <mc:AlternateContent>
          <mc:Choice Requires="wps">
            <w:drawing>
              <wp:anchor distT="0" distB="0" distL="114300" distR="114300" simplePos="0" relativeHeight="251650048" behindDoc="0" locked="0" layoutInCell="1" hidden="0" allowOverlap="1" wp14:anchorId="36F44174" wp14:editId="537FD8AE">
                <wp:simplePos x="0" y="0"/>
                <wp:positionH relativeFrom="column">
                  <wp:posOffset>-12699</wp:posOffset>
                </wp:positionH>
                <wp:positionV relativeFrom="paragraph">
                  <wp:posOffset>-13334</wp:posOffset>
                </wp:positionV>
                <wp:extent cx="109220" cy="124460"/>
                <wp:effectExtent l="0" t="0" r="0" b="0"/>
                <wp:wrapNone/>
                <wp:docPr id="2095006576" name="Oval 2095006576"/>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72BEB74F"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6F44174" id="Oval 2095006576" o:spid="_x0000_s1026" style="position:absolute;margin-left:-1pt;margin-top:-1.05pt;width:8.6pt;height:9.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" fillcolor="#f79646 [3209]" strokecolor="#395e89" strokeweight="2pt">
                <v:stroke startarrowwidth="narrow" startarrowlength="short" endarrowwidth="narrow" endarrowlength="short"/>
                <v:textbox inset="2.53958mm,2.53958mm,2.53958mm,2.53958mm">
                  <w:txbxContent>
                    <w:p w14:paraId="72BEB74F" w14:textId="77777777" w:rsidR="00201521" w:rsidRDefault="00201521">
                      <w:pPr>
                        <w:spacing w:after="0" w:line="240" w:lineRule="auto"/>
                        <w:textDirection w:val="btLr"/>
                      </w:pPr>
                    </w:p>
                  </w:txbxContent>
                </v:textbox>
              </v:oval>
            </w:pict>
          </mc:Fallback>
        </mc:AlternateContent>
      </w:r>
    </w:p>
    <w:p w14:paraId="42268121" w14:textId="77777777" w:rsidR="00201521" w:rsidRDefault="00000000">
      <w:pPr>
        <w:rPr>
          <w:rFonts w:ascii="Arial" w:eastAsia="Arial" w:hAnsi="Arial" w:cs="Arial"/>
          <w:sz w:val="20"/>
          <w:szCs w:val="20"/>
        </w:rPr>
      </w:pPr>
      <w:r>
        <w:rPr>
          <w:rFonts w:ascii="Arial" w:eastAsia="Arial" w:hAnsi="Arial" w:cs="Arial"/>
          <w:sz w:val="20"/>
          <w:szCs w:val="20"/>
        </w:rPr>
        <w:tab/>
        <w:t>The property is registered at HM Land Registry and comes with a state guaranteed title.</w:t>
      </w:r>
      <w:r>
        <w:rPr>
          <w:noProof/>
        </w:rPr>
        <mc:AlternateContent>
          <mc:Choice Requires="wps">
            <w:drawing>
              <wp:anchor distT="0" distB="0" distL="114300" distR="114300" simplePos="0" relativeHeight="251651072" behindDoc="0" locked="0" layoutInCell="1" hidden="0" allowOverlap="1" wp14:anchorId="6AA8675F" wp14:editId="59929162">
                <wp:simplePos x="0" y="0"/>
                <wp:positionH relativeFrom="column">
                  <wp:posOffset>-12699</wp:posOffset>
                </wp:positionH>
                <wp:positionV relativeFrom="paragraph">
                  <wp:posOffset>-12699</wp:posOffset>
                </wp:positionV>
                <wp:extent cx="109220" cy="124460"/>
                <wp:effectExtent l="0" t="0" r="0" b="0"/>
                <wp:wrapNone/>
                <wp:docPr id="2095006570" name="Oval 2095006570"/>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0EB29530"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AA8675F" id="Oval 2095006570" o:spid="_x0000_s1027" style="position:absolute;margin-left:-1pt;margin-top:-1pt;width:8.6pt;height:9.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" fillcolor="#f79646 [3209]" strokecolor="#395e89" strokeweight="2pt">
                <v:stroke startarrowwidth="narrow" startarrowlength="short" endarrowwidth="narrow" endarrowlength="short"/>
                <v:textbox inset="2.53958mm,2.53958mm,2.53958mm,2.53958mm">
                  <w:txbxContent>
                    <w:p w14:paraId="0EB29530" w14:textId="77777777" w:rsidR="00201521" w:rsidRDefault="00201521">
                      <w:pPr>
                        <w:spacing w:after="0" w:line="240" w:lineRule="auto"/>
                        <w:textDirection w:val="btLr"/>
                      </w:pPr>
                    </w:p>
                  </w:txbxContent>
                </v:textbox>
              </v:oval>
            </w:pict>
          </mc:Fallback>
        </mc:AlternateContent>
      </w:r>
    </w:p>
    <w:p w14:paraId="5A34A2D5" w14:textId="77777777" w:rsidR="00201521" w:rsidRDefault="00000000">
      <w:pPr>
        <w:rPr>
          <w:rFonts w:ascii="Arial" w:eastAsia="Arial" w:hAnsi="Arial" w:cs="Arial"/>
          <w:sz w:val="20"/>
          <w:szCs w:val="20"/>
        </w:rPr>
      </w:pPr>
      <w:r>
        <w:rPr>
          <w:rFonts w:ascii="Arial" w:eastAsia="Arial" w:hAnsi="Arial" w:cs="Arial"/>
          <w:sz w:val="20"/>
          <w:szCs w:val="20"/>
        </w:rPr>
        <w:t xml:space="preserve">            The property is in Council Tax band “H”</w:t>
      </w:r>
      <w:r>
        <w:rPr>
          <w:noProof/>
        </w:rPr>
        <mc:AlternateContent>
          <mc:Choice Requires="wps">
            <w:drawing>
              <wp:anchor distT="0" distB="0" distL="114300" distR="114300" simplePos="0" relativeHeight="251652096" behindDoc="0" locked="0" layoutInCell="1" hidden="0" allowOverlap="1" wp14:anchorId="66E04FB0" wp14:editId="465E1324">
                <wp:simplePos x="0" y="0"/>
                <wp:positionH relativeFrom="column">
                  <wp:posOffset>-12699</wp:posOffset>
                </wp:positionH>
                <wp:positionV relativeFrom="paragraph">
                  <wp:posOffset>-13334</wp:posOffset>
                </wp:positionV>
                <wp:extent cx="109220" cy="124460"/>
                <wp:effectExtent l="0" t="0" r="0" b="0"/>
                <wp:wrapNone/>
                <wp:docPr id="2095006564" name="Oval 2095006564"/>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707CEA91"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6E04FB0" id="Oval 2095006564" o:spid="_x0000_s1028" style="position:absolute;margin-left:-1pt;margin-top:-1.05pt;width:8.6pt;height:9.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" fillcolor="#f79646 [3209]" strokecolor="#395e89" strokeweight="2pt">
                <v:stroke startarrowwidth="narrow" startarrowlength="short" endarrowwidth="narrow" endarrowlength="short"/>
                <v:textbox inset="2.53958mm,2.53958mm,2.53958mm,2.53958mm">
                  <w:txbxContent>
                    <w:p w14:paraId="707CEA91" w14:textId="77777777" w:rsidR="00201521" w:rsidRDefault="00201521">
                      <w:pPr>
                        <w:spacing w:after="0" w:line="240" w:lineRule="auto"/>
                        <w:textDirection w:val="btLr"/>
                      </w:pPr>
                    </w:p>
                  </w:txbxContent>
                </v:textbox>
              </v:oval>
            </w:pict>
          </mc:Fallback>
        </mc:AlternateContent>
      </w:r>
    </w:p>
    <w:p w14:paraId="3057A909" w14:textId="77777777" w:rsidR="00201521" w:rsidRDefault="00000000">
      <w:pPr>
        <w:rPr>
          <w:rFonts w:ascii="Arial" w:eastAsia="Arial" w:hAnsi="Arial" w:cs="Arial"/>
          <w:sz w:val="20"/>
          <w:szCs w:val="20"/>
        </w:rPr>
      </w:pPr>
      <w:r>
        <w:rPr>
          <w:rFonts w:ascii="Arial" w:eastAsia="Arial" w:hAnsi="Arial" w:cs="Arial"/>
          <w:sz w:val="20"/>
          <w:szCs w:val="20"/>
        </w:rPr>
        <w:tab/>
        <w:t>The property has Energy Performance Rating of “B”, which means it can be let out.</w:t>
      </w:r>
      <w:r>
        <w:rPr>
          <w:noProof/>
        </w:rPr>
        <mc:AlternateContent>
          <mc:Choice Requires="wps">
            <w:drawing>
              <wp:anchor distT="0" distB="0" distL="114300" distR="114300" simplePos="0" relativeHeight="251653120" behindDoc="0" locked="0" layoutInCell="1" hidden="0" allowOverlap="1" wp14:anchorId="22111DC1" wp14:editId="05AF2825">
                <wp:simplePos x="0" y="0"/>
                <wp:positionH relativeFrom="column">
                  <wp:posOffset>-5079</wp:posOffset>
                </wp:positionH>
                <wp:positionV relativeFrom="paragraph">
                  <wp:posOffset>-12699</wp:posOffset>
                </wp:positionV>
                <wp:extent cx="109220" cy="124460"/>
                <wp:effectExtent l="0" t="0" r="0" b="0"/>
                <wp:wrapNone/>
                <wp:docPr id="2095006568" name="Oval 2095006568"/>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3F43953A"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2111DC1" id="Oval 2095006568" o:spid="_x0000_s1029" style="position:absolute;margin-left:-.4pt;margin-top:-1pt;width:8.6pt;height:9.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" fillcolor="#f79646 [3209]" strokecolor="#395e89" strokeweight="2pt">
                <v:stroke startarrowwidth="narrow" startarrowlength="short" endarrowwidth="narrow" endarrowlength="short"/>
                <v:textbox inset="2.53958mm,2.53958mm,2.53958mm,2.53958mm">
                  <w:txbxContent>
                    <w:p w14:paraId="3F43953A" w14:textId="77777777" w:rsidR="00201521" w:rsidRDefault="00201521">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54144" behindDoc="0" locked="0" layoutInCell="1" hidden="0" allowOverlap="1" wp14:anchorId="2BA3BB4E" wp14:editId="43556B17">
                <wp:simplePos x="0" y="0"/>
                <wp:positionH relativeFrom="column">
                  <wp:posOffset>-5079</wp:posOffset>
                </wp:positionH>
                <wp:positionV relativeFrom="paragraph">
                  <wp:posOffset>262255</wp:posOffset>
                </wp:positionV>
                <wp:extent cx="109220" cy="124460"/>
                <wp:effectExtent l="0" t="0" r="0" b="0"/>
                <wp:wrapNone/>
                <wp:docPr id="2095006574" name="Oval 2095006574"/>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604DD54B"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BA3BB4E" id="Oval 2095006574" o:spid="_x0000_s1030" style="position:absolute;margin-left:-.4pt;margin-top:20.65pt;width:8.6pt;height:9.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" fillcolor="#f79646 [3209]" strokecolor="#395e89" strokeweight="2pt">
                <v:stroke startarrowwidth="narrow" startarrowlength="short" endarrowwidth="narrow" endarrowlength="short"/>
                <v:textbox inset="2.53958mm,2.53958mm,2.53958mm,2.53958mm">
                  <w:txbxContent>
                    <w:p w14:paraId="604DD54B" w14:textId="77777777" w:rsidR="00201521" w:rsidRDefault="00201521">
                      <w:pPr>
                        <w:spacing w:after="0" w:line="240" w:lineRule="auto"/>
                        <w:textDirection w:val="btLr"/>
                      </w:pPr>
                    </w:p>
                  </w:txbxContent>
                </v:textbox>
              </v:oval>
            </w:pict>
          </mc:Fallback>
        </mc:AlternateContent>
      </w:r>
    </w:p>
    <w:p w14:paraId="2DFC8813" w14:textId="77777777" w:rsidR="00201521" w:rsidRDefault="00000000">
      <w:pPr>
        <w:ind w:firstLine="720"/>
        <w:rPr>
          <w:rFonts w:ascii="Arial" w:eastAsia="Arial" w:hAnsi="Arial" w:cs="Arial"/>
          <w:sz w:val="20"/>
          <w:szCs w:val="20"/>
        </w:rPr>
      </w:pPr>
      <w:r>
        <w:rPr>
          <w:rFonts w:ascii="Arial" w:eastAsia="Arial" w:hAnsi="Arial" w:cs="Arial"/>
          <w:sz w:val="20"/>
          <w:szCs w:val="20"/>
        </w:rPr>
        <w:t>The property is on mains foul and surface water drainage</w:t>
      </w:r>
    </w:p>
    <w:p w14:paraId="4BFD1785" w14:textId="77777777" w:rsidR="00201521" w:rsidRDefault="00000000">
      <w:pPr>
        <w:rPr>
          <w:rFonts w:ascii="Arial" w:eastAsia="Arial" w:hAnsi="Arial" w:cs="Arial"/>
          <w:sz w:val="20"/>
          <w:szCs w:val="20"/>
        </w:rPr>
      </w:pPr>
      <w:r>
        <w:rPr>
          <w:rFonts w:ascii="Arial" w:eastAsia="Arial" w:hAnsi="Arial" w:cs="Arial"/>
          <w:sz w:val="20"/>
          <w:szCs w:val="20"/>
        </w:rPr>
        <w:tab/>
        <w:t>The property is not built on land registered as contaminated land</w:t>
      </w:r>
      <w:r>
        <w:rPr>
          <w:noProof/>
        </w:rPr>
        <mc:AlternateContent>
          <mc:Choice Requires="wps">
            <w:drawing>
              <wp:anchor distT="0" distB="0" distL="114300" distR="114300" simplePos="0" relativeHeight="251655168" behindDoc="0" locked="0" layoutInCell="1" hidden="0" allowOverlap="1" wp14:anchorId="3EFA1D55" wp14:editId="1C4426C4">
                <wp:simplePos x="0" y="0"/>
                <wp:positionH relativeFrom="column">
                  <wp:posOffset>-12699</wp:posOffset>
                </wp:positionH>
                <wp:positionV relativeFrom="paragraph">
                  <wp:posOffset>-13334</wp:posOffset>
                </wp:positionV>
                <wp:extent cx="109220" cy="124460"/>
                <wp:effectExtent l="0" t="0" r="0" b="0"/>
                <wp:wrapNone/>
                <wp:docPr id="2095006577" name="Oval 2095006577"/>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05DF66ED"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EFA1D55" id="Oval 2095006577" o:spid="_x0000_s1031" style="position:absolute;margin-left:-1pt;margin-top:-1.05pt;width:8.6pt;height:9.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" fillcolor="#f79646 [3209]" strokecolor="#395e89" strokeweight="2pt">
                <v:stroke startarrowwidth="narrow" startarrowlength="short" endarrowwidth="narrow" endarrowlength="short"/>
                <v:textbox inset="2.53958mm,2.53958mm,2.53958mm,2.53958mm">
                  <w:txbxContent>
                    <w:p w14:paraId="05DF66ED" w14:textId="77777777" w:rsidR="00201521" w:rsidRDefault="00201521">
                      <w:pPr>
                        <w:spacing w:after="0" w:line="240" w:lineRule="auto"/>
                        <w:textDirection w:val="btLr"/>
                      </w:pPr>
                    </w:p>
                  </w:txbxContent>
                </v:textbox>
              </v:oval>
            </w:pict>
          </mc:Fallback>
        </mc:AlternateContent>
      </w:r>
    </w:p>
    <w:p w14:paraId="477C2242" w14:textId="77777777" w:rsidR="00201521" w:rsidRDefault="00000000">
      <w:pPr>
        <w:spacing w:after="0"/>
        <w:rPr>
          <w:rFonts w:ascii="Arial" w:eastAsia="Arial" w:hAnsi="Arial" w:cs="Arial"/>
          <w:b/>
          <w:bCs/>
          <w:sz w:val="20"/>
          <w:szCs w:val="20"/>
        </w:rPr>
      </w:pPr>
      <w:r>
        <w:rPr>
          <w:rFonts w:ascii="Arial" w:eastAsia="Arial" w:hAnsi="Arial" w:cs="Arial"/>
          <w:b/>
          <w:bCs/>
          <w:sz w:val="20"/>
          <w:szCs w:val="20"/>
        </w:rPr>
        <w:t>Information from the seller’s knowledge – ask your conveyancing lawyer to check this if it is important to you</w:t>
      </w:r>
    </w:p>
    <w:p w14:paraId="003B08C2" w14:textId="77777777" w:rsidR="00201521" w:rsidRDefault="00201521">
      <w:pPr>
        <w:spacing w:after="0"/>
        <w:rPr>
          <w:rFonts w:ascii="Arial" w:eastAsia="Arial" w:hAnsi="Arial" w:cs="Arial"/>
          <w:b/>
          <w:bCs/>
          <w:sz w:val="20"/>
          <w:szCs w:val="20"/>
        </w:rPr>
      </w:pPr>
    </w:p>
    <w:p w14:paraId="73CBB897" w14:textId="77777777" w:rsidR="00201521" w:rsidRDefault="00000000">
      <w:pPr>
        <w:rPr>
          <w:rFonts w:ascii="Arial" w:eastAsia="Arial" w:hAnsi="Arial" w:cs="Arial"/>
          <w:sz w:val="20"/>
          <w:szCs w:val="20"/>
        </w:rPr>
      </w:pPr>
      <w:r>
        <w:rPr>
          <w:rFonts w:ascii="Arial" w:eastAsia="Arial" w:hAnsi="Arial" w:cs="Arial"/>
          <w:b/>
          <w:bCs/>
          <w:sz w:val="20"/>
          <w:szCs w:val="20"/>
        </w:rPr>
        <w:tab/>
      </w:r>
      <w:r>
        <w:rPr>
          <w:rFonts w:ascii="Arial" w:eastAsia="Arial" w:hAnsi="Arial" w:cs="Arial"/>
          <w:sz w:val="20"/>
          <w:szCs w:val="20"/>
        </w:rPr>
        <w:t>All main utilities are connected</w:t>
      </w:r>
      <w:r>
        <w:rPr>
          <w:noProof/>
        </w:rPr>
        <mc:AlternateContent>
          <mc:Choice Requires="wps">
            <w:drawing>
              <wp:anchor distT="0" distB="0" distL="114300" distR="114300" simplePos="0" relativeHeight="251656192" behindDoc="0" locked="0" layoutInCell="1" hidden="0" allowOverlap="1" wp14:anchorId="7D8FDB5B" wp14:editId="12DF2E11">
                <wp:simplePos x="0" y="0"/>
                <wp:positionH relativeFrom="column">
                  <wp:posOffset>13971</wp:posOffset>
                </wp:positionH>
                <wp:positionV relativeFrom="paragraph">
                  <wp:posOffset>-1269</wp:posOffset>
                </wp:positionV>
                <wp:extent cx="109220" cy="124460"/>
                <wp:effectExtent l="0" t="0" r="0" b="0"/>
                <wp:wrapNone/>
                <wp:docPr id="2095006571" name="Oval 2095006571"/>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470A7B25"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D8FDB5B" id="Oval 2095006571" o:spid="_x0000_s1032" style="position:absolute;margin-left:1.1pt;margin-top:-.1pt;width:8.6pt;height:9.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" fillcolor="#f79646 [3209]" strokecolor="#395e89" strokeweight="2pt">
                <v:stroke startarrowwidth="narrow" startarrowlength="short" endarrowwidth="narrow" endarrowlength="short"/>
                <v:textbox inset="2.53958mm,2.53958mm,2.53958mm,2.53958mm">
                  <w:txbxContent>
                    <w:p w14:paraId="470A7B25" w14:textId="77777777" w:rsidR="00201521" w:rsidRDefault="00201521">
                      <w:pPr>
                        <w:spacing w:after="0" w:line="240" w:lineRule="auto"/>
                        <w:textDirection w:val="btLr"/>
                      </w:pPr>
                    </w:p>
                  </w:txbxContent>
                </v:textbox>
              </v:oval>
            </w:pict>
          </mc:Fallback>
        </mc:AlternateContent>
      </w:r>
    </w:p>
    <w:p w14:paraId="697568F3" w14:textId="77777777" w:rsidR="00201521" w:rsidRDefault="00000000">
      <w:pPr>
        <w:rPr>
          <w:rFonts w:ascii="Arial" w:eastAsia="Arial" w:hAnsi="Arial" w:cs="Arial"/>
          <w:sz w:val="20"/>
          <w:szCs w:val="20"/>
        </w:rPr>
      </w:pPr>
      <w:r>
        <w:rPr>
          <w:rFonts w:ascii="Arial" w:eastAsia="Arial" w:hAnsi="Arial" w:cs="Arial"/>
          <w:sz w:val="20"/>
          <w:szCs w:val="20"/>
        </w:rPr>
        <w:tab/>
        <w:t>Parking is on the private driveway included in the property</w:t>
      </w:r>
      <w:r>
        <w:rPr>
          <w:noProof/>
        </w:rPr>
        <mc:AlternateContent>
          <mc:Choice Requires="wps">
            <w:drawing>
              <wp:anchor distT="0" distB="0" distL="114300" distR="114300" simplePos="0" relativeHeight="251657216" behindDoc="0" locked="0" layoutInCell="1" hidden="0" allowOverlap="1" wp14:anchorId="16F70D55" wp14:editId="1EC7307A">
                <wp:simplePos x="0" y="0"/>
                <wp:positionH relativeFrom="column">
                  <wp:posOffset>-12699</wp:posOffset>
                </wp:positionH>
                <wp:positionV relativeFrom="paragraph">
                  <wp:posOffset>-13334</wp:posOffset>
                </wp:positionV>
                <wp:extent cx="109220" cy="124460"/>
                <wp:effectExtent l="0" t="0" r="0" b="0"/>
                <wp:wrapNone/>
                <wp:docPr id="2095006565" name="Oval 2095006565"/>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chemeClr val="accent6"/>
                        </a:solidFill>
                        <a:ln w="25400" cap="flat" cmpd="sng">
                          <a:solidFill>
                            <a:srgbClr val="395E89"/>
                          </a:solidFill>
                          <a:prstDash val="solid"/>
                          <a:round/>
                          <a:headEnd type="none" w="sm" len="sm"/>
                          <a:tailEnd type="none" w="sm" len="sm"/>
                        </a:ln>
                      </wps:spPr>
                      <wps:txbx>
                        <w:txbxContent>
                          <w:p w14:paraId="75C514B4"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6F70D55" id="Oval 2095006565" o:spid="_x0000_s1033" style="position:absolute;margin-left:-1pt;margin-top:-1.05pt;width:8.6pt;height:9.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" fillcolor="#f79646 [3209]" strokecolor="#395e89" strokeweight="2pt">
                <v:stroke startarrowwidth="narrow" startarrowlength="short" endarrowwidth="narrow" endarrowlength="short"/>
                <v:textbox inset="2.53958mm,2.53958mm,2.53958mm,2.53958mm">
                  <w:txbxContent>
                    <w:p w14:paraId="75C514B4" w14:textId="77777777" w:rsidR="00201521" w:rsidRDefault="00201521">
                      <w:pPr>
                        <w:spacing w:after="0" w:line="240" w:lineRule="auto"/>
                        <w:textDirection w:val="btLr"/>
                      </w:pPr>
                    </w:p>
                  </w:txbxContent>
                </v:textbox>
              </v:oval>
            </w:pict>
          </mc:Fallback>
        </mc:AlternateContent>
      </w:r>
    </w:p>
    <w:p w14:paraId="58481050" w14:textId="77777777" w:rsidR="00201521" w:rsidRDefault="00000000">
      <w:pPr>
        <w:rPr>
          <w:rFonts w:ascii="Arial" w:eastAsia="Arial" w:hAnsi="Arial" w:cs="Arial"/>
          <w:b/>
          <w:bCs/>
          <w:sz w:val="20"/>
          <w:szCs w:val="20"/>
        </w:rPr>
      </w:pPr>
      <w:r>
        <w:rPr>
          <w:rFonts w:ascii="Arial" w:eastAsia="Arial" w:hAnsi="Arial" w:cs="Arial"/>
          <w:b/>
          <w:bCs/>
          <w:sz w:val="20"/>
          <w:szCs w:val="20"/>
        </w:rPr>
        <w:t xml:space="preserve">Ask your conveyancing lawyer about what this information means to </w:t>
      </w:r>
      <w:proofErr w:type="gramStart"/>
      <w:r>
        <w:rPr>
          <w:rFonts w:ascii="Arial" w:eastAsia="Arial" w:hAnsi="Arial" w:cs="Arial"/>
          <w:b/>
          <w:bCs/>
          <w:sz w:val="20"/>
          <w:szCs w:val="20"/>
        </w:rPr>
        <w:t>you:-</w:t>
      </w:r>
      <w:proofErr w:type="gramEnd"/>
    </w:p>
    <w:p w14:paraId="5FA6A554" w14:textId="77777777" w:rsidR="00201521" w:rsidRDefault="00000000">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There are restrictions on the title to the property which might affect how you can use the property and you should check with your property lawyer what this means to your intended use and enjoyment of the property.</w:t>
      </w:r>
      <w:r>
        <w:rPr>
          <w:noProof/>
        </w:rPr>
        <mc:AlternateContent>
          <mc:Choice Requires="wps">
            <w:drawing>
              <wp:anchor distT="0" distB="0" distL="114300" distR="114300" simplePos="0" relativeHeight="251658240" behindDoc="0" locked="0" layoutInCell="1" hidden="0" allowOverlap="1" wp14:anchorId="5A9B6D71" wp14:editId="17C27FF0">
                <wp:simplePos x="0" y="0"/>
                <wp:positionH relativeFrom="column">
                  <wp:posOffset>-12699</wp:posOffset>
                </wp:positionH>
                <wp:positionV relativeFrom="paragraph">
                  <wp:posOffset>-13334</wp:posOffset>
                </wp:positionV>
                <wp:extent cx="109220" cy="124460"/>
                <wp:effectExtent l="0" t="0" r="0" b="0"/>
                <wp:wrapNone/>
                <wp:docPr id="2095006572" name="Oval 2095006572"/>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49AFD285"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A9B6D71" id="Oval 2095006572" o:spid="_x0000_s1034" style="position:absolute;margin-left:-1pt;margin-top:-1.05pt;width:8.6pt;height:9.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" fillcolor="#ffc000" strokecolor="#395e89" strokeweight="2pt">
                <v:stroke startarrowwidth="narrow" startarrowlength="short" endarrowwidth="narrow" endarrowlength="short"/>
                <v:textbox inset="2.53958mm,2.53958mm,2.53958mm,2.53958mm">
                  <w:txbxContent>
                    <w:p w14:paraId="49AFD285" w14:textId="77777777" w:rsidR="00201521" w:rsidRDefault="00201521">
                      <w:pPr>
                        <w:spacing w:after="0" w:line="240" w:lineRule="auto"/>
                        <w:textDirection w:val="btLr"/>
                      </w:pPr>
                    </w:p>
                  </w:txbxContent>
                </v:textbox>
              </v:oval>
            </w:pict>
          </mc:Fallback>
        </mc:AlternateContent>
      </w:r>
    </w:p>
    <w:p w14:paraId="1721604F" w14:textId="77777777" w:rsidR="00201521" w:rsidRDefault="00000000">
      <w:pPr>
        <w:rPr>
          <w:rFonts w:ascii="Arial" w:eastAsia="Arial" w:hAnsi="Arial" w:cs="Arial"/>
          <w:sz w:val="20"/>
          <w:szCs w:val="20"/>
        </w:rPr>
      </w:pPr>
      <w:r>
        <w:rPr>
          <w:rFonts w:ascii="Arial" w:eastAsia="Arial" w:hAnsi="Arial" w:cs="Arial"/>
          <w:sz w:val="20"/>
          <w:szCs w:val="20"/>
        </w:rPr>
        <w:tab/>
        <w:t xml:space="preserve">The owner and the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have a right to use the footpath running along the rear of the garden.</w:t>
      </w:r>
      <w:r>
        <w:rPr>
          <w:noProof/>
        </w:rPr>
        <mc:AlternateContent>
          <mc:Choice Requires="wps">
            <w:drawing>
              <wp:anchor distT="0" distB="0" distL="114300" distR="114300" simplePos="0" relativeHeight="251659264" behindDoc="0" locked="0" layoutInCell="1" hidden="0" allowOverlap="1" wp14:anchorId="1BB2E5A5" wp14:editId="39209B0C">
                <wp:simplePos x="0" y="0"/>
                <wp:positionH relativeFrom="column">
                  <wp:posOffset>-12699</wp:posOffset>
                </wp:positionH>
                <wp:positionV relativeFrom="paragraph">
                  <wp:posOffset>-13334</wp:posOffset>
                </wp:positionV>
                <wp:extent cx="109220" cy="124460"/>
                <wp:effectExtent l="0" t="0" r="0" b="0"/>
                <wp:wrapNone/>
                <wp:docPr id="2095006567" name="Oval 2095006567"/>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2A4B7F82"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B2E5A5" id="Oval 2095006567" o:spid="_x0000_s1035" style="position:absolute;margin-left:-1pt;margin-top:-1.05pt;width:8.6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" fillcolor="#ffc000" strokecolor="#395e89" strokeweight="2pt">
                <v:stroke startarrowwidth="narrow" startarrowlength="short" endarrowwidth="narrow" endarrowlength="short"/>
                <v:textbox inset="2.53958mm,2.53958mm,2.53958mm,2.53958mm">
                  <w:txbxContent>
                    <w:p w14:paraId="2A4B7F82" w14:textId="77777777" w:rsidR="00201521" w:rsidRDefault="00201521">
                      <w:pPr>
                        <w:spacing w:after="0" w:line="240" w:lineRule="auto"/>
                        <w:textDirection w:val="btLr"/>
                      </w:pPr>
                    </w:p>
                  </w:txbxContent>
                </v:textbox>
              </v:oval>
            </w:pict>
          </mc:Fallback>
        </mc:AlternateContent>
      </w:r>
    </w:p>
    <w:p w14:paraId="7678738A" w14:textId="77777777" w:rsidR="00201521" w:rsidRDefault="00000000">
      <w:pPr>
        <w:spacing w:after="0"/>
        <w:rPr>
          <w:rFonts w:ascii="Arial" w:eastAsia="Arial" w:hAnsi="Arial" w:cs="Arial"/>
          <w:sz w:val="20"/>
          <w:szCs w:val="20"/>
        </w:rPr>
      </w:pPr>
      <w:r>
        <w:rPr>
          <w:rFonts w:ascii="Arial" w:eastAsia="Arial" w:hAnsi="Arial" w:cs="Arial"/>
          <w:sz w:val="20"/>
          <w:szCs w:val="20"/>
        </w:rPr>
        <w:tab/>
        <w:t xml:space="preserve">The property is in a conservation area.  This means that features which make the area special are protected and may </w:t>
      </w:r>
      <w:proofErr w:type="gramStart"/>
      <w:r>
        <w:rPr>
          <w:rFonts w:ascii="Arial" w:eastAsia="Arial" w:hAnsi="Arial" w:cs="Arial"/>
          <w:sz w:val="20"/>
          <w:szCs w:val="20"/>
        </w:rPr>
        <w:t>impact</w:t>
      </w:r>
      <w:proofErr w:type="gramEnd"/>
      <w:r>
        <w:rPr>
          <w:rFonts w:ascii="Arial" w:eastAsia="Arial" w:hAnsi="Arial" w:cs="Arial"/>
          <w:sz w:val="20"/>
          <w:szCs w:val="20"/>
        </w:rPr>
        <w:t xml:space="preserve"> your ability to alter the exterior of the house.</w:t>
      </w:r>
      <w:r>
        <w:rPr>
          <w:noProof/>
        </w:rPr>
        <mc:AlternateContent>
          <mc:Choice Requires="wps">
            <w:drawing>
              <wp:anchor distT="0" distB="0" distL="114300" distR="114300" simplePos="0" relativeHeight="251660288" behindDoc="0" locked="0" layoutInCell="1" hidden="0" allowOverlap="1" wp14:anchorId="32E8E65D" wp14:editId="2BDA50CF">
                <wp:simplePos x="0" y="0"/>
                <wp:positionH relativeFrom="column">
                  <wp:posOffset>-20319</wp:posOffset>
                </wp:positionH>
                <wp:positionV relativeFrom="paragraph">
                  <wp:posOffset>48260</wp:posOffset>
                </wp:positionV>
                <wp:extent cx="109220" cy="124460"/>
                <wp:effectExtent l="0" t="0" r="0" b="0"/>
                <wp:wrapNone/>
                <wp:docPr id="2095006573" name="Oval 2095006573"/>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71FADDF0"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2E8E65D" id="Oval 2095006573" o:spid="_x0000_s1036" style="position:absolute;margin-left:-1.6pt;margin-top:3.8pt;width:8.6pt;height: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" fillcolor="#ffc000" strokecolor="#395e89" strokeweight="2pt">
                <v:stroke startarrowwidth="narrow" startarrowlength="short" endarrowwidth="narrow" endarrowlength="short"/>
                <v:textbox inset="2.53958mm,2.53958mm,2.53958mm,2.53958mm">
                  <w:txbxContent>
                    <w:p w14:paraId="71FADDF0" w14:textId="77777777" w:rsidR="00201521" w:rsidRDefault="00201521">
                      <w:pPr>
                        <w:spacing w:after="0" w:line="240" w:lineRule="auto"/>
                        <w:textDirection w:val="btLr"/>
                      </w:pPr>
                    </w:p>
                  </w:txbxContent>
                </v:textbox>
              </v:oval>
            </w:pict>
          </mc:Fallback>
        </mc:AlternateContent>
      </w:r>
    </w:p>
    <w:p w14:paraId="05F561DC" w14:textId="77777777" w:rsidR="00201521" w:rsidRDefault="00000000">
      <w:pPr>
        <w:rPr>
          <w:rFonts w:ascii="Arial" w:eastAsia="Arial" w:hAnsi="Arial" w:cs="Arial"/>
          <w:sz w:val="20"/>
          <w:szCs w:val="20"/>
        </w:rPr>
      </w:pPr>
      <w:r>
        <w:rPr>
          <w:rFonts w:ascii="Arial" w:eastAsia="Arial" w:hAnsi="Arial" w:cs="Arial"/>
          <w:sz w:val="20"/>
          <w:szCs w:val="20"/>
        </w:rPr>
        <w:t xml:space="preserve">You can find out more </w:t>
      </w:r>
      <w:hyperlink r:id="rId9">
        <w:r w:rsidR="00201521">
          <w:rPr>
            <w:rFonts w:ascii="Arial" w:eastAsia="Arial" w:hAnsi="Arial" w:cs="Arial"/>
            <w:color w:val="0000FF"/>
            <w:sz w:val="20"/>
            <w:szCs w:val="20"/>
            <w:u w:val="single"/>
          </w:rPr>
          <w:t>here</w:t>
        </w:r>
      </w:hyperlink>
    </w:p>
    <w:p w14:paraId="31B7D79D" w14:textId="77777777" w:rsidR="00201521" w:rsidRDefault="00000000">
      <w:pPr>
        <w:rPr>
          <w:rFonts w:ascii="Arial" w:eastAsia="Arial" w:hAnsi="Arial" w:cs="Arial"/>
          <w:sz w:val="20"/>
          <w:szCs w:val="20"/>
        </w:rPr>
      </w:pPr>
      <w:r>
        <w:rPr>
          <w:rFonts w:ascii="Arial" w:eastAsia="Arial" w:hAnsi="Arial" w:cs="Arial"/>
          <w:sz w:val="20"/>
          <w:szCs w:val="20"/>
        </w:rPr>
        <w:tab/>
        <w:t>The trees on the property are subject to a Tree Preservation Order which means that you will have to get permission before you lop, top or fell any tree.  You can find out more</w:t>
      </w:r>
      <w:hyperlink r:id="rId10" w:anchor="tree-preservation-orders--general">
        <w:r w:rsidR="00201521">
          <w:rPr>
            <w:rFonts w:ascii="Arial" w:eastAsia="Arial" w:hAnsi="Arial" w:cs="Arial"/>
            <w:color w:val="0000FF"/>
            <w:sz w:val="20"/>
            <w:szCs w:val="20"/>
            <w:u w:val="single"/>
          </w:rPr>
          <w:t xml:space="preserve"> here</w:t>
        </w:r>
      </w:hyperlink>
      <w:r>
        <w:rPr>
          <w:rFonts w:ascii="Arial" w:eastAsia="Arial" w:hAnsi="Arial" w:cs="Arial"/>
          <w:sz w:val="20"/>
          <w:szCs w:val="20"/>
        </w:rPr>
        <w:t>.</w:t>
      </w:r>
      <w:r>
        <w:rPr>
          <w:noProof/>
        </w:rPr>
        <mc:AlternateContent>
          <mc:Choice Requires="wps">
            <w:drawing>
              <wp:anchor distT="0" distB="0" distL="114300" distR="114300" simplePos="0" relativeHeight="251661312" behindDoc="0" locked="0" layoutInCell="1" hidden="0" allowOverlap="1" wp14:anchorId="715AD290" wp14:editId="444CD573">
                <wp:simplePos x="0" y="0"/>
                <wp:positionH relativeFrom="column">
                  <wp:posOffset>-12699</wp:posOffset>
                </wp:positionH>
                <wp:positionV relativeFrom="paragraph">
                  <wp:posOffset>-13334</wp:posOffset>
                </wp:positionV>
                <wp:extent cx="109220" cy="124460"/>
                <wp:effectExtent l="0" t="0" r="0" b="0"/>
                <wp:wrapNone/>
                <wp:docPr id="2095006578" name="Oval 2095006578"/>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5299BD26"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15AD290" id="Oval 2095006578" o:spid="_x0000_s1037" style="position:absolute;margin-left:-1pt;margin-top:-1.05pt;width:8.6pt;height: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" fillcolor="#ffc000" strokecolor="#395e89" strokeweight="2pt">
                <v:stroke startarrowwidth="narrow" startarrowlength="short" endarrowwidth="narrow" endarrowlength="short"/>
                <v:textbox inset="2.53958mm,2.53958mm,2.53958mm,2.53958mm">
                  <w:txbxContent>
                    <w:p w14:paraId="5299BD26" w14:textId="77777777" w:rsidR="00201521" w:rsidRDefault="00201521">
                      <w:pPr>
                        <w:spacing w:after="0" w:line="240" w:lineRule="auto"/>
                        <w:textDirection w:val="btLr"/>
                      </w:pPr>
                    </w:p>
                  </w:txbxContent>
                </v:textbox>
              </v:oval>
            </w:pict>
          </mc:Fallback>
        </mc:AlternateContent>
      </w:r>
    </w:p>
    <w:p w14:paraId="74D77FB1" w14:textId="77777777" w:rsidR="00201521" w:rsidRDefault="00000000">
      <w:pPr>
        <w:rPr>
          <w:rFonts w:ascii="Arial" w:eastAsia="Arial" w:hAnsi="Arial" w:cs="Arial"/>
          <w:b/>
          <w:bCs/>
          <w:sz w:val="20"/>
          <w:szCs w:val="20"/>
        </w:rPr>
      </w:pPr>
      <w:r>
        <w:rPr>
          <w:rFonts w:ascii="Arial" w:eastAsia="Arial" w:hAnsi="Arial" w:cs="Arial"/>
          <w:b/>
          <w:bCs/>
          <w:sz w:val="20"/>
          <w:szCs w:val="20"/>
        </w:rPr>
        <w:t xml:space="preserve">Ask your surveyor about what this information means to </w:t>
      </w:r>
      <w:proofErr w:type="gramStart"/>
      <w:r>
        <w:rPr>
          <w:rFonts w:ascii="Arial" w:eastAsia="Arial" w:hAnsi="Arial" w:cs="Arial"/>
          <w:b/>
          <w:bCs/>
          <w:sz w:val="20"/>
          <w:szCs w:val="20"/>
        </w:rPr>
        <w:t>you:-</w:t>
      </w:r>
      <w:proofErr w:type="gramEnd"/>
    </w:p>
    <w:p w14:paraId="0A4AAB74" w14:textId="77777777" w:rsidR="00201521" w:rsidRDefault="00000000">
      <w:pPr>
        <w:spacing w:after="0"/>
        <w:rPr>
          <w:rFonts w:ascii="Arial" w:eastAsia="Arial" w:hAnsi="Arial" w:cs="Arial"/>
          <w:sz w:val="20"/>
          <w:szCs w:val="20"/>
        </w:rPr>
      </w:pPr>
      <w:r>
        <w:rPr>
          <w:rFonts w:ascii="Arial" w:eastAsia="Arial" w:hAnsi="Arial" w:cs="Arial"/>
          <w:sz w:val="20"/>
          <w:szCs w:val="20"/>
        </w:rPr>
        <w:tab/>
        <w:t xml:space="preserve">The property is in a conservation area.  This means that features which make the area special are protected and may </w:t>
      </w:r>
      <w:proofErr w:type="gramStart"/>
      <w:r>
        <w:rPr>
          <w:rFonts w:ascii="Arial" w:eastAsia="Arial" w:hAnsi="Arial" w:cs="Arial"/>
          <w:sz w:val="20"/>
          <w:szCs w:val="20"/>
        </w:rPr>
        <w:t>impact</w:t>
      </w:r>
      <w:proofErr w:type="gramEnd"/>
      <w:r>
        <w:rPr>
          <w:rFonts w:ascii="Arial" w:eastAsia="Arial" w:hAnsi="Arial" w:cs="Arial"/>
          <w:sz w:val="20"/>
          <w:szCs w:val="20"/>
        </w:rPr>
        <w:t xml:space="preserve"> your ability to alter the exterior of the house.</w:t>
      </w:r>
      <w:r>
        <w:rPr>
          <w:noProof/>
        </w:rPr>
        <mc:AlternateContent>
          <mc:Choice Requires="wps">
            <w:drawing>
              <wp:anchor distT="0" distB="0" distL="114300" distR="114300" simplePos="0" relativeHeight="251662336" behindDoc="0" locked="0" layoutInCell="1" hidden="0" allowOverlap="1" wp14:anchorId="52A56F6C" wp14:editId="2FB0697D">
                <wp:simplePos x="0" y="0"/>
                <wp:positionH relativeFrom="column">
                  <wp:posOffset>-12699</wp:posOffset>
                </wp:positionH>
                <wp:positionV relativeFrom="paragraph">
                  <wp:posOffset>-13334</wp:posOffset>
                </wp:positionV>
                <wp:extent cx="109220" cy="124460"/>
                <wp:effectExtent l="0" t="0" r="0" b="0"/>
                <wp:wrapNone/>
                <wp:docPr id="2095006566" name="Oval 2095006566"/>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1151FDA4"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A56F6C" id="Oval 2095006566" o:spid="_x0000_s1038" style="position:absolute;margin-left:-1pt;margin-top:-1.05pt;width:8.6pt;height: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" fillcolor="#ffc000" strokecolor="#395e89" strokeweight="2pt">
                <v:stroke startarrowwidth="narrow" startarrowlength="short" endarrowwidth="narrow" endarrowlength="short"/>
                <v:textbox inset="2.53958mm,2.53958mm,2.53958mm,2.53958mm">
                  <w:txbxContent>
                    <w:p w14:paraId="1151FDA4" w14:textId="77777777" w:rsidR="00201521" w:rsidRDefault="00201521">
                      <w:pPr>
                        <w:spacing w:after="0" w:line="240" w:lineRule="auto"/>
                        <w:textDirection w:val="btLr"/>
                      </w:pPr>
                    </w:p>
                  </w:txbxContent>
                </v:textbox>
              </v:oval>
            </w:pict>
          </mc:Fallback>
        </mc:AlternateContent>
      </w:r>
    </w:p>
    <w:p w14:paraId="6DA0483F" w14:textId="77777777" w:rsidR="00201521" w:rsidRDefault="00000000">
      <w:pPr>
        <w:rPr>
          <w:rFonts w:ascii="Arial" w:eastAsia="Arial" w:hAnsi="Arial" w:cs="Arial"/>
          <w:sz w:val="20"/>
          <w:szCs w:val="20"/>
        </w:rPr>
      </w:pPr>
      <w:r>
        <w:rPr>
          <w:rFonts w:ascii="Arial" w:eastAsia="Arial" w:hAnsi="Arial" w:cs="Arial"/>
          <w:sz w:val="20"/>
          <w:szCs w:val="20"/>
        </w:rPr>
        <w:t xml:space="preserve">You can find out more </w:t>
      </w:r>
      <w:hyperlink r:id="rId11">
        <w:r w:rsidR="00201521">
          <w:rPr>
            <w:rFonts w:ascii="Arial" w:eastAsia="Arial" w:hAnsi="Arial" w:cs="Arial"/>
            <w:color w:val="0000FF"/>
            <w:sz w:val="20"/>
            <w:szCs w:val="20"/>
            <w:u w:val="single"/>
          </w:rPr>
          <w:t>here</w:t>
        </w:r>
      </w:hyperlink>
    </w:p>
    <w:p w14:paraId="39008130" w14:textId="77777777" w:rsidR="00201521" w:rsidRDefault="00000000">
      <w:pPr>
        <w:rPr>
          <w:rFonts w:ascii="Arial" w:eastAsia="Arial" w:hAnsi="Arial" w:cs="Arial"/>
          <w:sz w:val="20"/>
          <w:szCs w:val="20"/>
        </w:rPr>
      </w:pPr>
      <w:r>
        <w:rPr>
          <w:rFonts w:ascii="Arial" w:eastAsia="Arial" w:hAnsi="Arial" w:cs="Arial"/>
          <w:sz w:val="20"/>
          <w:szCs w:val="20"/>
        </w:rPr>
        <w:tab/>
        <w:t>The trees on the property are subject to a Tree Preservation Order which means that you will have to get permission before you lop, top or fell any tree.  You can find out more</w:t>
      </w:r>
      <w:hyperlink r:id="rId12" w:anchor="tree-preservation-orders--general">
        <w:r w:rsidR="00201521">
          <w:rPr>
            <w:rFonts w:ascii="Arial" w:eastAsia="Arial" w:hAnsi="Arial" w:cs="Arial"/>
            <w:color w:val="0000FF"/>
            <w:sz w:val="20"/>
            <w:szCs w:val="20"/>
            <w:u w:val="single"/>
          </w:rPr>
          <w:t xml:space="preserve"> here</w:t>
        </w:r>
      </w:hyperlink>
      <w:r>
        <w:rPr>
          <w:rFonts w:ascii="Arial" w:eastAsia="Arial" w:hAnsi="Arial" w:cs="Arial"/>
          <w:sz w:val="20"/>
          <w:szCs w:val="20"/>
        </w:rPr>
        <w:t>.</w:t>
      </w:r>
      <w:r>
        <w:rPr>
          <w:noProof/>
        </w:rPr>
        <mc:AlternateContent>
          <mc:Choice Requires="wps">
            <w:drawing>
              <wp:anchor distT="0" distB="0" distL="114300" distR="114300" simplePos="0" relativeHeight="251663360" behindDoc="0" locked="0" layoutInCell="1" hidden="0" allowOverlap="1" wp14:anchorId="1DCB9F6D" wp14:editId="27AFE939">
                <wp:simplePos x="0" y="0"/>
                <wp:positionH relativeFrom="column">
                  <wp:posOffset>-12699</wp:posOffset>
                </wp:positionH>
                <wp:positionV relativeFrom="paragraph">
                  <wp:posOffset>-13334</wp:posOffset>
                </wp:positionV>
                <wp:extent cx="109220" cy="124460"/>
                <wp:effectExtent l="0" t="0" r="0" b="0"/>
                <wp:wrapNone/>
                <wp:docPr id="2095006575" name="Oval 2095006575"/>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64A296E0"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CB9F6D" id="Oval 2095006575" o:spid="_x0000_s1039" style="position:absolute;margin-left:-1pt;margin-top:-1.05pt;width:8.6pt;height:9.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" fillcolor="#ffc000" strokecolor="#395e89" strokeweight="2pt">
                <v:stroke startarrowwidth="narrow" startarrowlength="short" endarrowwidth="narrow" endarrowlength="short"/>
                <v:textbox inset="2.53958mm,2.53958mm,2.53958mm,2.53958mm">
                  <w:txbxContent>
                    <w:p w14:paraId="64A296E0" w14:textId="77777777" w:rsidR="00201521" w:rsidRDefault="00201521">
                      <w:pPr>
                        <w:spacing w:after="0" w:line="240" w:lineRule="auto"/>
                        <w:textDirection w:val="btLr"/>
                      </w:pPr>
                    </w:p>
                  </w:txbxContent>
                </v:textbox>
              </v:oval>
            </w:pict>
          </mc:Fallback>
        </mc:AlternateContent>
      </w:r>
    </w:p>
    <w:p w14:paraId="6368E248" w14:textId="77777777" w:rsidR="00201521" w:rsidRDefault="00000000">
      <w:pPr>
        <w:rPr>
          <w:rFonts w:ascii="Arial" w:eastAsia="Arial" w:hAnsi="Arial" w:cs="Arial"/>
          <w:b/>
          <w:bCs/>
          <w:sz w:val="20"/>
          <w:szCs w:val="20"/>
        </w:rPr>
      </w:pPr>
      <w:r>
        <w:rPr>
          <w:rFonts w:ascii="Arial" w:eastAsia="Arial" w:hAnsi="Arial" w:cs="Arial"/>
          <w:b/>
          <w:bCs/>
          <w:sz w:val="20"/>
          <w:szCs w:val="20"/>
        </w:rPr>
        <w:t xml:space="preserve">Ask your mortgage broker to find you lenders with lending policies which </w:t>
      </w:r>
      <w:proofErr w:type="gramStart"/>
      <w:r>
        <w:rPr>
          <w:rFonts w:ascii="Arial" w:eastAsia="Arial" w:hAnsi="Arial" w:cs="Arial"/>
          <w:b/>
          <w:bCs/>
          <w:sz w:val="20"/>
          <w:szCs w:val="20"/>
        </w:rPr>
        <w:t>accept:-</w:t>
      </w:r>
      <w:proofErr w:type="gramEnd"/>
    </w:p>
    <w:p w14:paraId="49BDC7D0" w14:textId="77777777" w:rsidR="00201521" w:rsidRDefault="00000000">
      <w:pPr>
        <w:spacing w:after="0"/>
        <w:ind w:firstLine="720"/>
        <w:rPr>
          <w:rFonts w:ascii="Arial" w:eastAsia="Arial" w:hAnsi="Arial" w:cs="Arial"/>
          <w:sz w:val="20"/>
          <w:szCs w:val="20"/>
        </w:rPr>
      </w:pPr>
      <w:r>
        <w:rPr>
          <w:rFonts w:ascii="Arial" w:eastAsia="Arial" w:hAnsi="Arial" w:cs="Arial"/>
          <w:sz w:val="20"/>
          <w:szCs w:val="20"/>
        </w:rPr>
        <w:t xml:space="preserve">The property is in a conservation area.  This means that features which make the area special are protected and may </w:t>
      </w:r>
      <w:proofErr w:type="gramStart"/>
      <w:r>
        <w:rPr>
          <w:rFonts w:ascii="Arial" w:eastAsia="Arial" w:hAnsi="Arial" w:cs="Arial"/>
          <w:sz w:val="20"/>
          <w:szCs w:val="20"/>
        </w:rPr>
        <w:t>impact</w:t>
      </w:r>
      <w:proofErr w:type="gramEnd"/>
      <w:r>
        <w:rPr>
          <w:rFonts w:ascii="Arial" w:eastAsia="Arial" w:hAnsi="Arial" w:cs="Arial"/>
          <w:sz w:val="20"/>
          <w:szCs w:val="20"/>
        </w:rPr>
        <w:t xml:space="preserve"> your ability to alter the exterior of the house.</w:t>
      </w:r>
      <w:r>
        <w:rPr>
          <w:noProof/>
        </w:rPr>
        <mc:AlternateContent>
          <mc:Choice Requires="wps">
            <w:drawing>
              <wp:anchor distT="0" distB="0" distL="114300" distR="114300" simplePos="0" relativeHeight="251664384" behindDoc="0" locked="0" layoutInCell="1" hidden="0" allowOverlap="1" wp14:anchorId="2292F445" wp14:editId="7AB1B642">
                <wp:simplePos x="0" y="0"/>
                <wp:positionH relativeFrom="column">
                  <wp:posOffset>-12699</wp:posOffset>
                </wp:positionH>
                <wp:positionV relativeFrom="paragraph">
                  <wp:posOffset>19050</wp:posOffset>
                </wp:positionV>
                <wp:extent cx="109220" cy="124460"/>
                <wp:effectExtent l="0" t="0" r="0" b="0"/>
                <wp:wrapNone/>
                <wp:docPr id="2095006569" name="Oval 2095006569"/>
                <wp:cNvGraphicFramePr/>
                <a:graphic xmlns:a="http://schemas.openxmlformats.org/drawingml/2006/main">
                  <a:graphicData uri="http://schemas.microsoft.com/office/word/2010/wordprocessingShape">
                    <wps:wsp>
                      <wps:cNvSpPr/>
                      <wps:spPr>
                        <a:xfrm>
                          <a:off x="5304090" y="3730470"/>
                          <a:ext cx="83820" cy="99060"/>
                        </a:xfrm>
                        <a:prstGeom prst="ellipse">
                          <a:avLst/>
                        </a:prstGeom>
                        <a:solidFill>
                          <a:srgbClr val="FFC000"/>
                        </a:solidFill>
                        <a:ln w="25400" cap="flat" cmpd="sng">
                          <a:solidFill>
                            <a:srgbClr val="395E89"/>
                          </a:solidFill>
                          <a:prstDash val="solid"/>
                          <a:round/>
                          <a:headEnd type="none" w="sm" len="sm"/>
                          <a:tailEnd type="none" w="sm" len="sm"/>
                        </a:ln>
                      </wps:spPr>
                      <wps:txbx>
                        <w:txbxContent>
                          <w:p w14:paraId="59A081F5" w14:textId="77777777" w:rsidR="00201521" w:rsidRDefault="002015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292F445" id="Oval 2095006569" o:spid="_x0000_s1040" style="position:absolute;left:0;text-align:left;margin-left:-1pt;margin-top:1.5pt;width:8.6pt;height: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" fillcolor="#ffc000" strokecolor="#395e89" strokeweight="2pt">
                <v:stroke startarrowwidth="narrow" startarrowlength="short" endarrowwidth="narrow" endarrowlength="short"/>
                <v:textbox inset="2.53958mm,2.53958mm,2.53958mm,2.53958mm">
                  <w:txbxContent>
                    <w:p w14:paraId="59A081F5" w14:textId="77777777" w:rsidR="00201521" w:rsidRDefault="00201521">
                      <w:pPr>
                        <w:spacing w:after="0" w:line="240" w:lineRule="auto"/>
                        <w:textDirection w:val="btLr"/>
                      </w:pPr>
                    </w:p>
                  </w:txbxContent>
                </v:textbox>
              </v:oval>
            </w:pict>
          </mc:Fallback>
        </mc:AlternateContent>
      </w:r>
    </w:p>
    <w:p w14:paraId="10A7405F" w14:textId="77777777" w:rsidR="00201521" w:rsidRDefault="00000000">
      <w:pPr>
        <w:rPr>
          <w:rFonts w:ascii="Arial" w:eastAsia="Arial" w:hAnsi="Arial" w:cs="Arial"/>
          <w:sz w:val="20"/>
          <w:szCs w:val="20"/>
        </w:rPr>
      </w:pPr>
      <w:r>
        <w:rPr>
          <w:rFonts w:ascii="Arial" w:eastAsia="Arial" w:hAnsi="Arial" w:cs="Arial"/>
          <w:sz w:val="20"/>
          <w:szCs w:val="20"/>
        </w:rPr>
        <w:t xml:space="preserve">You can find out more </w:t>
      </w:r>
      <w:hyperlink r:id="rId13">
        <w:r w:rsidR="00201521">
          <w:rPr>
            <w:rFonts w:ascii="Arial" w:eastAsia="Arial" w:hAnsi="Arial" w:cs="Arial"/>
            <w:color w:val="0000FF"/>
            <w:sz w:val="20"/>
            <w:szCs w:val="20"/>
            <w:u w:val="single"/>
          </w:rPr>
          <w:t>here</w:t>
        </w:r>
      </w:hyperlink>
    </w:p>
    <w:p w14:paraId="7B5D2CC3" w14:textId="77777777" w:rsidR="00201521" w:rsidRDefault="00201521">
      <w:pPr>
        <w:rPr>
          <w:rFonts w:ascii="Arial" w:eastAsia="Arial" w:hAnsi="Arial" w:cs="Arial"/>
          <w:sz w:val="20"/>
          <w:szCs w:val="20"/>
        </w:rPr>
      </w:pPr>
    </w:p>
    <w:p w14:paraId="408B3425" w14:textId="77777777" w:rsidR="00201521" w:rsidRDefault="00000000">
      <w:pPr>
        <w:jc w:val="center"/>
        <w:rPr>
          <w:rFonts w:ascii="Arial" w:eastAsia="Arial" w:hAnsi="Arial" w:cs="Arial"/>
          <w:sz w:val="20"/>
          <w:szCs w:val="20"/>
        </w:rPr>
      </w:pPr>
      <w:r>
        <w:rPr>
          <w:noProof/>
          <w:sz w:val="20"/>
          <w:szCs w:val="20"/>
        </w:rPr>
        <w:drawing>
          <wp:inline distT="0" distB="0" distL="0" distR="0" wp14:anchorId="0EA9EEDA" wp14:editId="283CD1D3">
            <wp:extent cx="3284220" cy="2697480"/>
            <wp:effectExtent l="0" t="0" r="0" b="0"/>
            <wp:docPr id="2095006579" name="image1.jpg" descr="http://www.boundary-problems.co.uk/b-p-images/titleplan-eg1a.jpg"/>
            <wp:cNvGraphicFramePr/>
            <a:graphic xmlns:a="http://schemas.openxmlformats.org/drawingml/2006/main">
              <a:graphicData uri="http://schemas.openxmlformats.org/drawingml/2006/picture">
                <pic:pic xmlns:pic="http://schemas.openxmlformats.org/drawingml/2006/picture">
                  <pic:nvPicPr>
                    <pic:cNvPr id="0" name="image1.jpg" descr="http://www.boundary-problems.co.uk/b-p-images/titleplan-eg1a.jpg"/>
                    <pic:cNvPicPr preferRelativeResize="0"/>
                  </pic:nvPicPr>
                  <pic:blipFill>
                    <a:blip r:embed="rId14"/>
                    <a:srcRect/>
                    <a:stretch>
                      <a:fillRect/>
                    </a:stretch>
                  </pic:blipFill>
                  <pic:spPr>
                    <a:xfrm>
                      <a:off x="0" y="0"/>
                      <a:ext cx="3284220" cy="2697480"/>
                    </a:xfrm>
                    <a:prstGeom prst="rect">
                      <a:avLst/>
                    </a:prstGeom>
                    <a:ln/>
                  </pic:spPr>
                </pic:pic>
              </a:graphicData>
            </a:graphic>
          </wp:inline>
        </w:drawing>
      </w:r>
    </w:p>
    <w:p w14:paraId="375C3A4C" w14:textId="77777777" w:rsidR="00201521" w:rsidRDefault="00201521">
      <w:pPr>
        <w:rPr>
          <w:sz w:val="20"/>
          <w:szCs w:val="20"/>
        </w:rPr>
      </w:pPr>
    </w:p>
    <w:p w14:paraId="68353AB1" w14:textId="77777777" w:rsidR="00201521" w:rsidRDefault="00201521">
      <w:pPr>
        <w:rPr>
          <w:rFonts w:ascii="Aptos" w:eastAsia="Aptos" w:hAnsi="Aptos" w:cs="Aptos"/>
          <w:color w:val="7030A0"/>
          <w:sz w:val="20"/>
          <w:szCs w:val="20"/>
        </w:rPr>
      </w:pPr>
    </w:p>
    <w:sectPr w:rsidR="00201521">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B151D" w14:textId="77777777" w:rsidR="00F803B7" w:rsidRDefault="00F803B7">
      <w:pPr>
        <w:spacing w:after="0" w:line="240" w:lineRule="auto"/>
      </w:pPr>
      <w:r>
        <w:separator/>
      </w:r>
    </w:p>
  </w:endnote>
  <w:endnote w:type="continuationSeparator" w:id="0">
    <w:p w14:paraId="62280C3A" w14:textId="77777777" w:rsidR="00F803B7" w:rsidRDefault="00F8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66591F0-1C12-4E69-B8B1-9DE33E86375A}"/>
  </w:font>
  <w:font w:name="Cambria">
    <w:panose1 w:val="02040503050406030204"/>
    <w:charset w:val="00"/>
    <w:family w:val="roman"/>
    <w:pitch w:val="variable"/>
    <w:sig w:usb0="E00006FF" w:usb1="420024FF" w:usb2="02000000" w:usb3="00000000" w:csb0="0000019F" w:csb1="00000000"/>
    <w:embedRegular r:id="rId2" w:fontKey="{377B7E8B-C9A7-4BAD-BD2C-C7CAE168ED60}"/>
    <w:embedBold r:id="rId3" w:fontKey="{8FE6D34C-EE97-4BD9-8E5E-82DC5F9E1EF4}"/>
    <w:embedItalic r:id="rId4" w:fontKey="{A423BFF2-36B4-4BE9-A1D7-141D09790463}"/>
    <w:embedBoldItalic r:id="rId5" w:fontKey="{6567CABE-4454-4711-9422-4E17902DE363}"/>
  </w:font>
  <w:font w:name="Calibri">
    <w:panose1 w:val="020F0502020204030204"/>
    <w:charset w:val="00"/>
    <w:family w:val="swiss"/>
    <w:pitch w:val="variable"/>
    <w:sig w:usb0="E4002EFF" w:usb1="C000247B" w:usb2="00000009" w:usb3="00000000" w:csb0="000001FF" w:csb1="00000000"/>
    <w:embedRegular r:id="rId6" w:fontKey="{F4640E77-FCF0-4840-9361-E503244E503A}"/>
    <w:embedBold r:id="rId7" w:fontKey="{1039A8E9-47FA-488F-A2E5-F21C4C97954A}"/>
    <w:embedItalic r:id="rId8" w:fontKey="{160CE1E2-9D2B-4375-BC8E-95C7B4E947E5}"/>
    <w:embedBoldItalic r:id="rId9" w:fontKey="{7A0995CA-DBA5-42A9-9505-44662136936C}"/>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0" w:fontKey="{3540E74B-7A9E-4416-ACF7-2A4ED55004C6}"/>
    <w:embedBold r:id="rId11" w:fontKey="{2D705566-790C-49B7-A58A-047F1C093BE5}"/>
  </w:font>
  <w:font w:name="Roboto">
    <w:charset w:val="00"/>
    <w:family w:val="auto"/>
    <w:pitch w:val="variable"/>
    <w:sig w:usb0="E0000AFF" w:usb1="5000217F" w:usb2="00000021" w:usb3="00000000" w:csb0="0000019F" w:csb1="00000000"/>
    <w:embedRegular r:id="rId12" w:fontKey="{E3C9FD7C-7FB4-4B26-BE69-B63CED439F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E8F2" w14:textId="77777777" w:rsidR="00201521" w:rsidRDefault="0020152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39426" w14:textId="77777777" w:rsidR="00201521" w:rsidRDefault="0020152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BB7B" w14:textId="77777777" w:rsidR="00201521" w:rsidRDefault="0020152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19F67" w14:textId="77777777" w:rsidR="00F803B7" w:rsidRDefault="00F803B7">
      <w:pPr>
        <w:spacing w:after="0" w:line="240" w:lineRule="auto"/>
      </w:pPr>
      <w:r>
        <w:separator/>
      </w:r>
    </w:p>
  </w:footnote>
  <w:footnote w:type="continuationSeparator" w:id="0">
    <w:p w14:paraId="7FF91CF8" w14:textId="77777777" w:rsidR="00F803B7" w:rsidRDefault="00F8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FFBE8" w14:textId="77777777" w:rsidR="00201521" w:rsidRDefault="0020152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10AC7" w14:textId="7DD5AECE" w:rsidR="00201521" w:rsidRDefault="0020152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8A23" w14:textId="77777777" w:rsidR="00201521" w:rsidRDefault="002015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373F"/>
    <w:multiLevelType w:val="hybridMultilevel"/>
    <w:tmpl w:val="515E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92C34"/>
    <w:multiLevelType w:val="hybridMultilevel"/>
    <w:tmpl w:val="0B02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05B56"/>
    <w:multiLevelType w:val="hybridMultilevel"/>
    <w:tmpl w:val="89F6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647C0"/>
    <w:multiLevelType w:val="hybridMultilevel"/>
    <w:tmpl w:val="2D1C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20CB6"/>
    <w:multiLevelType w:val="hybridMultilevel"/>
    <w:tmpl w:val="C670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F6C1A"/>
    <w:multiLevelType w:val="hybridMultilevel"/>
    <w:tmpl w:val="CA18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40881"/>
    <w:multiLevelType w:val="hybridMultilevel"/>
    <w:tmpl w:val="EB46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C795C"/>
    <w:multiLevelType w:val="hybridMultilevel"/>
    <w:tmpl w:val="2BC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D0007"/>
    <w:multiLevelType w:val="hybridMultilevel"/>
    <w:tmpl w:val="862C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06788"/>
    <w:multiLevelType w:val="hybridMultilevel"/>
    <w:tmpl w:val="1E66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B3854"/>
    <w:multiLevelType w:val="hybridMultilevel"/>
    <w:tmpl w:val="810E5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E656FF"/>
    <w:multiLevelType w:val="hybridMultilevel"/>
    <w:tmpl w:val="5E54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40466A"/>
    <w:multiLevelType w:val="hybridMultilevel"/>
    <w:tmpl w:val="2DBC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B496F"/>
    <w:multiLevelType w:val="multilevel"/>
    <w:tmpl w:val="D6E21EDA"/>
    <w:lvl w:ilvl="0">
      <w:start w:val="1"/>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84B30F3"/>
    <w:multiLevelType w:val="hybridMultilevel"/>
    <w:tmpl w:val="4DF0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430D6"/>
    <w:multiLevelType w:val="hybridMultilevel"/>
    <w:tmpl w:val="8C22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E44892"/>
    <w:multiLevelType w:val="hybridMultilevel"/>
    <w:tmpl w:val="8408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740EB2"/>
    <w:multiLevelType w:val="hybridMultilevel"/>
    <w:tmpl w:val="E78A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100F6"/>
    <w:multiLevelType w:val="hybridMultilevel"/>
    <w:tmpl w:val="1310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5F43B8"/>
    <w:multiLevelType w:val="hybridMultilevel"/>
    <w:tmpl w:val="7EA6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6C4D83"/>
    <w:multiLevelType w:val="hybridMultilevel"/>
    <w:tmpl w:val="A7D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E417B1"/>
    <w:multiLevelType w:val="hybridMultilevel"/>
    <w:tmpl w:val="3BE6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5B3D24"/>
    <w:multiLevelType w:val="hybridMultilevel"/>
    <w:tmpl w:val="B790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17562"/>
    <w:multiLevelType w:val="hybridMultilevel"/>
    <w:tmpl w:val="0688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E00DC8"/>
    <w:multiLevelType w:val="hybridMultilevel"/>
    <w:tmpl w:val="C770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1F2B02"/>
    <w:multiLevelType w:val="hybridMultilevel"/>
    <w:tmpl w:val="5F4C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D4AD2"/>
    <w:multiLevelType w:val="hybridMultilevel"/>
    <w:tmpl w:val="3E08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E17AF"/>
    <w:multiLevelType w:val="hybridMultilevel"/>
    <w:tmpl w:val="8F56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EE76F4"/>
    <w:multiLevelType w:val="hybridMultilevel"/>
    <w:tmpl w:val="748A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22B4C"/>
    <w:multiLevelType w:val="hybridMultilevel"/>
    <w:tmpl w:val="840E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A479E7"/>
    <w:multiLevelType w:val="hybridMultilevel"/>
    <w:tmpl w:val="CF34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F6127"/>
    <w:multiLevelType w:val="hybridMultilevel"/>
    <w:tmpl w:val="C5CE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050E4D"/>
    <w:multiLevelType w:val="hybridMultilevel"/>
    <w:tmpl w:val="8C9C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A56B6"/>
    <w:multiLevelType w:val="hybridMultilevel"/>
    <w:tmpl w:val="995A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E75FDB"/>
    <w:multiLevelType w:val="hybridMultilevel"/>
    <w:tmpl w:val="52AA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AA3BCD"/>
    <w:multiLevelType w:val="hybridMultilevel"/>
    <w:tmpl w:val="661E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BF590D"/>
    <w:multiLevelType w:val="hybridMultilevel"/>
    <w:tmpl w:val="1FA0A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6E53FD"/>
    <w:multiLevelType w:val="hybridMultilevel"/>
    <w:tmpl w:val="D258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6F48BB"/>
    <w:multiLevelType w:val="hybridMultilevel"/>
    <w:tmpl w:val="F6E43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E522DF"/>
    <w:multiLevelType w:val="hybridMultilevel"/>
    <w:tmpl w:val="205E2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1B3EBE"/>
    <w:multiLevelType w:val="hybridMultilevel"/>
    <w:tmpl w:val="5D72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533CEC"/>
    <w:multiLevelType w:val="hybridMultilevel"/>
    <w:tmpl w:val="CFCE8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282C87"/>
    <w:multiLevelType w:val="hybridMultilevel"/>
    <w:tmpl w:val="04D8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9B6A41"/>
    <w:multiLevelType w:val="hybridMultilevel"/>
    <w:tmpl w:val="F69E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6470A2"/>
    <w:multiLevelType w:val="hybridMultilevel"/>
    <w:tmpl w:val="763A1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0A706C"/>
    <w:multiLevelType w:val="hybridMultilevel"/>
    <w:tmpl w:val="668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257950"/>
    <w:multiLevelType w:val="hybridMultilevel"/>
    <w:tmpl w:val="AD4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5C13A7"/>
    <w:multiLevelType w:val="multilevel"/>
    <w:tmpl w:val="65D07304"/>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1AC170B"/>
    <w:multiLevelType w:val="hybridMultilevel"/>
    <w:tmpl w:val="475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C47FD2"/>
    <w:multiLevelType w:val="multilevel"/>
    <w:tmpl w:val="CDD063B4"/>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51153FB"/>
    <w:multiLevelType w:val="hybridMultilevel"/>
    <w:tmpl w:val="3710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4532C2"/>
    <w:multiLevelType w:val="hybridMultilevel"/>
    <w:tmpl w:val="0D3C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67546D"/>
    <w:multiLevelType w:val="hybridMultilevel"/>
    <w:tmpl w:val="2AAA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352886"/>
    <w:multiLevelType w:val="hybridMultilevel"/>
    <w:tmpl w:val="898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CD66EA"/>
    <w:multiLevelType w:val="hybridMultilevel"/>
    <w:tmpl w:val="CF72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371404"/>
    <w:multiLevelType w:val="hybridMultilevel"/>
    <w:tmpl w:val="1DEA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566C5C"/>
    <w:multiLevelType w:val="hybridMultilevel"/>
    <w:tmpl w:val="968A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AF423C"/>
    <w:multiLevelType w:val="hybridMultilevel"/>
    <w:tmpl w:val="57F8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521466">
    <w:abstractNumId w:val="47"/>
  </w:num>
  <w:num w:numId="2" w16cid:durableId="495070770">
    <w:abstractNumId w:val="13"/>
  </w:num>
  <w:num w:numId="3" w16cid:durableId="793059007">
    <w:abstractNumId w:val="49"/>
  </w:num>
  <w:num w:numId="4" w16cid:durableId="10553921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11461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50039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9147988">
    <w:abstractNumId w:val="38"/>
  </w:num>
  <w:num w:numId="8" w16cid:durableId="452483156">
    <w:abstractNumId w:val="41"/>
  </w:num>
  <w:num w:numId="9" w16cid:durableId="1877043342">
    <w:abstractNumId w:val="37"/>
  </w:num>
  <w:num w:numId="10" w16cid:durableId="82381085">
    <w:abstractNumId w:val="29"/>
  </w:num>
  <w:num w:numId="11" w16cid:durableId="979117273">
    <w:abstractNumId w:val="30"/>
  </w:num>
  <w:num w:numId="12" w16cid:durableId="897864151">
    <w:abstractNumId w:val="48"/>
  </w:num>
  <w:num w:numId="13" w16cid:durableId="391538230">
    <w:abstractNumId w:val="40"/>
  </w:num>
  <w:num w:numId="14" w16cid:durableId="722291047">
    <w:abstractNumId w:val="23"/>
  </w:num>
  <w:num w:numId="15" w16cid:durableId="238292674">
    <w:abstractNumId w:val="43"/>
  </w:num>
  <w:num w:numId="16" w16cid:durableId="1188568699">
    <w:abstractNumId w:val="4"/>
  </w:num>
  <w:num w:numId="17" w16cid:durableId="1171750118">
    <w:abstractNumId w:val="39"/>
  </w:num>
  <w:num w:numId="18" w16cid:durableId="1065180348">
    <w:abstractNumId w:val="51"/>
  </w:num>
  <w:num w:numId="19" w16cid:durableId="1022702118">
    <w:abstractNumId w:val="9"/>
  </w:num>
  <w:num w:numId="20" w16cid:durableId="374813843">
    <w:abstractNumId w:val="19"/>
  </w:num>
  <w:num w:numId="21" w16cid:durableId="1055739328">
    <w:abstractNumId w:val="50"/>
  </w:num>
  <w:num w:numId="22" w16cid:durableId="1035279335">
    <w:abstractNumId w:val="12"/>
  </w:num>
  <w:num w:numId="23" w16cid:durableId="41750932">
    <w:abstractNumId w:val="16"/>
  </w:num>
  <w:num w:numId="24" w16cid:durableId="1740443134">
    <w:abstractNumId w:val="42"/>
  </w:num>
  <w:num w:numId="25" w16cid:durableId="1357541563">
    <w:abstractNumId w:val="8"/>
  </w:num>
  <w:num w:numId="26" w16cid:durableId="1901749786">
    <w:abstractNumId w:val="25"/>
  </w:num>
  <w:num w:numId="27" w16cid:durableId="174615330">
    <w:abstractNumId w:val="32"/>
  </w:num>
  <w:num w:numId="28" w16cid:durableId="1799033550">
    <w:abstractNumId w:val="14"/>
  </w:num>
  <w:num w:numId="29" w16cid:durableId="1241721938">
    <w:abstractNumId w:val="46"/>
  </w:num>
  <w:num w:numId="30" w16cid:durableId="1651399045">
    <w:abstractNumId w:val="1"/>
  </w:num>
  <w:num w:numId="31" w16cid:durableId="194580307">
    <w:abstractNumId w:val="15"/>
  </w:num>
  <w:num w:numId="32" w16cid:durableId="2031832434">
    <w:abstractNumId w:val="34"/>
  </w:num>
  <w:num w:numId="33" w16cid:durableId="317853750">
    <w:abstractNumId w:val="11"/>
  </w:num>
  <w:num w:numId="34" w16cid:durableId="212665279">
    <w:abstractNumId w:val="54"/>
  </w:num>
  <w:num w:numId="35" w16cid:durableId="1979726333">
    <w:abstractNumId w:val="45"/>
  </w:num>
  <w:num w:numId="36" w16cid:durableId="719210883">
    <w:abstractNumId w:val="44"/>
  </w:num>
  <w:num w:numId="37" w16cid:durableId="626666091">
    <w:abstractNumId w:val="7"/>
  </w:num>
  <w:num w:numId="38" w16cid:durableId="1834832490">
    <w:abstractNumId w:val="57"/>
  </w:num>
  <w:num w:numId="39" w16cid:durableId="1985894063">
    <w:abstractNumId w:val="33"/>
  </w:num>
  <w:num w:numId="40" w16cid:durableId="1193421477">
    <w:abstractNumId w:val="27"/>
  </w:num>
  <w:num w:numId="41" w16cid:durableId="1370179796">
    <w:abstractNumId w:val="26"/>
  </w:num>
  <w:num w:numId="42" w16cid:durableId="529025487">
    <w:abstractNumId w:val="31"/>
  </w:num>
  <w:num w:numId="43" w16cid:durableId="1191801414">
    <w:abstractNumId w:val="18"/>
  </w:num>
  <w:num w:numId="44" w16cid:durableId="1389961738">
    <w:abstractNumId w:val="0"/>
  </w:num>
  <w:num w:numId="45" w16cid:durableId="1593005333">
    <w:abstractNumId w:val="36"/>
  </w:num>
  <w:num w:numId="46" w16cid:durableId="539126228">
    <w:abstractNumId w:val="20"/>
  </w:num>
  <w:num w:numId="47" w16cid:durableId="1808812319">
    <w:abstractNumId w:val="52"/>
  </w:num>
  <w:num w:numId="48" w16cid:durableId="698895099">
    <w:abstractNumId w:val="22"/>
  </w:num>
  <w:num w:numId="49" w16cid:durableId="1807159276">
    <w:abstractNumId w:val="5"/>
  </w:num>
  <w:num w:numId="50" w16cid:durableId="1680699195">
    <w:abstractNumId w:val="2"/>
  </w:num>
  <w:num w:numId="51" w16cid:durableId="355616710">
    <w:abstractNumId w:val="28"/>
  </w:num>
  <w:num w:numId="52" w16cid:durableId="1568958084">
    <w:abstractNumId w:val="17"/>
  </w:num>
  <w:num w:numId="53" w16cid:durableId="1265462315">
    <w:abstractNumId w:val="3"/>
  </w:num>
  <w:num w:numId="54" w16cid:durableId="290212997">
    <w:abstractNumId w:val="35"/>
  </w:num>
  <w:num w:numId="55" w16cid:durableId="1767187795">
    <w:abstractNumId w:val="21"/>
  </w:num>
  <w:num w:numId="56" w16cid:durableId="1041828103">
    <w:abstractNumId w:val="6"/>
  </w:num>
  <w:num w:numId="57" w16cid:durableId="1126465242">
    <w:abstractNumId w:val="24"/>
  </w:num>
  <w:num w:numId="58" w16cid:durableId="881818902">
    <w:abstractNumId w:val="53"/>
  </w:num>
  <w:num w:numId="59" w16cid:durableId="1674453457">
    <w:abstractNumId w:val="55"/>
  </w:num>
  <w:num w:numId="60" w16cid:durableId="1575894390">
    <w:abstractNumId w:val="10"/>
  </w:num>
  <w:num w:numId="61" w16cid:durableId="1275601661">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521"/>
    <w:rsid w:val="00034959"/>
    <w:rsid w:val="00094B53"/>
    <w:rsid w:val="000C3795"/>
    <w:rsid w:val="000F6977"/>
    <w:rsid w:val="00103289"/>
    <w:rsid w:val="001151BC"/>
    <w:rsid w:val="00132385"/>
    <w:rsid w:val="00153113"/>
    <w:rsid w:val="00176760"/>
    <w:rsid w:val="001A0196"/>
    <w:rsid w:val="001E43AC"/>
    <w:rsid w:val="00201521"/>
    <w:rsid w:val="002045FB"/>
    <w:rsid w:val="002A5E04"/>
    <w:rsid w:val="003574CA"/>
    <w:rsid w:val="00376744"/>
    <w:rsid w:val="00416368"/>
    <w:rsid w:val="004A5421"/>
    <w:rsid w:val="004B62E9"/>
    <w:rsid w:val="004B6AD7"/>
    <w:rsid w:val="004B75BB"/>
    <w:rsid w:val="00554A3F"/>
    <w:rsid w:val="00597F75"/>
    <w:rsid w:val="005E0053"/>
    <w:rsid w:val="005E3338"/>
    <w:rsid w:val="005F47D5"/>
    <w:rsid w:val="006105C4"/>
    <w:rsid w:val="00611116"/>
    <w:rsid w:val="00640E8E"/>
    <w:rsid w:val="006B09C3"/>
    <w:rsid w:val="006D3F11"/>
    <w:rsid w:val="00730D1C"/>
    <w:rsid w:val="007311D9"/>
    <w:rsid w:val="007877B7"/>
    <w:rsid w:val="007C43C1"/>
    <w:rsid w:val="007F26DE"/>
    <w:rsid w:val="00855DAE"/>
    <w:rsid w:val="00862FA4"/>
    <w:rsid w:val="008E7DB2"/>
    <w:rsid w:val="00910B81"/>
    <w:rsid w:val="009533B6"/>
    <w:rsid w:val="0095406A"/>
    <w:rsid w:val="009F1650"/>
    <w:rsid w:val="00A600C5"/>
    <w:rsid w:val="00A9535C"/>
    <w:rsid w:val="00AD48BA"/>
    <w:rsid w:val="00B84077"/>
    <w:rsid w:val="00B96DAE"/>
    <w:rsid w:val="00BA67DB"/>
    <w:rsid w:val="00BB24FB"/>
    <w:rsid w:val="00BB2623"/>
    <w:rsid w:val="00C46000"/>
    <w:rsid w:val="00CA2D67"/>
    <w:rsid w:val="00CE3288"/>
    <w:rsid w:val="00D26FF1"/>
    <w:rsid w:val="00D9045B"/>
    <w:rsid w:val="00E02138"/>
    <w:rsid w:val="00E51ACB"/>
    <w:rsid w:val="00E61904"/>
    <w:rsid w:val="00E91CB4"/>
    <w:rsid w:val="00E92DF3"/>
    <w:rsid w:val="00EA5E8D"/>
    <w:rsid w:val="00EB1F29"/>
    <w:rsid w:val="00EB2E8A"/>
    <w:rsid w:val="00EB6D85"/>
    <w:rsid w:val="00EF6A89"/>
    <w:rsid w:val="00F25C0B"/>
    <w:rsid w:val="00F30F8B"/>
    <w:rsid w:val="00F54C62"/>
    <w:rsid w:val="00F6026F"/>
    <w:rsid w:val="00F66D4A"/>
    <w:rsid w:val="00F803B7"/>
    <w:rsid w:val="00FA5E5F"/>
    <w:rsid w:val="00FD169C"/>
    <w:rsid w:val="00FD7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CAB453"/>
  <w15:docId w15:val="{3B099E8E-8DA2-4967-9510-9BE86972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933F3"/>
    <w:rPr>
      <w:color w:val="0000FF" w:themeColor="hyperlink"/>
      <w:u w:val="single"/>
    </w:rPr>
  </w:style>
  <w:style w:type="character" w:styleId="UnresolvedMention">
    <w:name w:val="Unresolved Mention"/>
    <w:basedOn w:val="DefaultParagraphFont"/>
    <w:uiPriority w:val="99"/>
    <w:semiHidden/>
    <w:unhideWhenUsed/>
    <w:rsid w:val="004933F3"/>
    <w:rPr>
      <w:color w:val="605E5C"/>
      <w:shd w:val="clear" w:color="auto" w:fill="E1DFDD"/>
    </w:rPr>
  </w:style>
  <w:style w:type="paragraph" w:styleId="Revision">
    <w:name w:val="Revision"/>
    <w:hidden/>
    <w:uiPriority w:val="99"/>
    <w:semiHidden/>
    <w:rsid w:val="00BD7A00"/>
    <w:pPr>
      <w:spacing w:after="0" w:line="240" w:lineRule="auto"/>
    </w:p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paragraph" w:styleId="TOC2">
    <w:name w:val="toc 2"/>
    <w:basedOn w:val="Normal"/>
    <w:next w:val="Normal"/>
    <w:autoRedefine/>
    <w:uiPriority w:val="39"/>
    <w:unhideWhenUsed/>
    <w:rsid w:val="00EF6A89"/>
    <w:pPr>
      <w:spacing w:after="100"/>
      <w:ind w:left="220"/>
    </w:pPr>
  </w:style>
  <w:style w:type="character" w:styleId="CommentReference">
    <w:name w:val="annotation reference"/>
    <w:basedOn w:val="DefaultParagraphFont"/>
    <w:uiPriority w:val="99"/>
    <w:semiHidden/>
    <w:unhideWhenUsed/>
    <w:rsid w:val="004B6AD7"/>
    <w:rPr>
      <w:sz w:val="16"/>
      <w:szCs w:val="16"/>
    </w:rPr>
  </w:style>
  <w:style w:type="paragraph" w:styleId="CommentText">
    <w:name w:val="annotation text"/>
    <w:basedOn w:val="Normal"/>
    <w:link w:val="CommentTextChar"/>
    <w:uiPriority w:val="99"/>
    <w:unhideWhenUsed/>
    <w:rsid w:val="004B6AD7"/>
    <w:pPr>
      <w:spacing w:line="240" w:lineRule="auto"/>
    </w:pPr>
    <w:rPr>
      <w:sz w:val="20"/>
      <w:szCs w:val="20"/>
    </w:rPr>
  </w:style>
  <w:style w:type="character" w:customStyle="1" w:styleId="CommentTextChar">
    <w:name w:val="Comment Text Char"/>
    <w:basedOn w:val="DefaultParagraphFont"/>
    <w:link w:val="CommentText"/>
    <w:uiPriority w:val="99"/>
    <w:rsid w:val="004B6AD7"/>
    <w:rPr>
      <w:sz w:val="20"/>
      <w:szCs w:val="20"/>
    </w:rPr>
  </w:style>
  <w:style w:type="paragraph" w:styleId="CommentSubject">
    <w:name w:val="annotation subject"/>
    <w:basedOn w:val="CommentText"/>
    <w:next w:val="CommentText"/>
    <w:link w:val="CommentSubjectChar"/>
    <w:uiPriority w:val="99"/>
    <w:semiHidden/>
    <w:unhideWhenUsed/>
    <w:rsid w:val="004B6AD7"/>
    <w:rPr>
      <w:b/>
      <w:bCs/>
    </w:rPr>
  </w:style>
  <w:style w:type="character" w:customStyle="1" w:styleId="CommentSubjectChar">
    <w:name w:val="Comment Subject Char"/>
    <w:basedOn w:val="CommentTextChar"/>
    <w:link w:val="CommentSubject"/>
    <w:uiPriority w:val="99"/>
    <w:semiHidden/>
    <w:rsid w:val="004B6AD7"/>
    <w:rPr>
      <w:b/>
      <w:bCs/>
      <w:sz w:val="20"/>
      <w:szCs w:val="20"/>
    </w:rPr>
  </w:style>
  <w:style w:type="paragraph" w:customStyle="1" w:styleId="Default">
    <w:name w:val="Default"/>
    <w:uiPriority w:val="99"/>
    <w:rsid w:val="005F47D5"/>
    <w:pPr>
      <w:autoSpaceDE w:val="0"/>
      <w:autoSpaceDN w:val="0"/>
      <w:adjustRightInd w:val="0"/>
      <w:spacing w:after="0" w:line="240" w:lineRule="auto"/>
    </w:pPr>
    <w:rPr>
      <w:rFonts w:ascii="Arial" w:eastAsia="Calibr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istoricengland.org.uk/advice/your-home/owning-historic-property/conservation-area/"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v.uk/guidance/tree-preservation-orders-and-trees-in-conservation-area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istoricengland.org.uk/advice/your-home/owning-historic-property/conservation-are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gov.uk/guidance/tree-preservation-orders-and-trees-in-conservation-areas"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historicengland.org.uk/advice/your-home/owning-historic-property/conservation-area/" TargetMode="External"/><Relationship Id="rId14" Type="http://schemas.openxmlformats.org/officeDocument/2006/relationships/image" Target="media/image1.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p0CYwViupB4R2BvxhsPPhm/Zw==">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4E1F0C-282E-40AE-BEE7-33F15F4E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5408</Words>
  <Characters>30670</Characters>
  <Application>Microsoft Office Word</Application>
  <DocSecurity>0</DocSecurity>
  <Lines>589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Bethany de Montjoie Rudolf</cp:lastModifiedBy>
  <cp:revision>4</cp:revision>
  <dcterms:created xsi:type="dcterms:W3CDTF">2025-12-18T17:04:00Z</dcterms:created>
  <dcterms:modified xsi:type="dcterms:W3CDTF">2025-12-18T17:22:00Z</dcterms:modified>
</cp:coreProperties>
</file>